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📐 Ángulos para niños de primaria – Teoría y ejercicios</w:t>
      </w:r>
    </w:p>
    <w:p>
      <w:r>
        <w:t>Los ángulos en Matemática son una parte fundamental de la geometría en primaria. Aprender qué son y cómo se clasifican ayuda a los niños a reconocer formas, resolver problemas y aplicar la geometría a la vida cotidiana.</w:t>
        <w:br/>
        <w:br/>
        <w:t>En este material encontrarás:</w:t>
        <w:br/>
        <w:t>- Una explicación clara de qué es un ángulo.</w:t>
        <w:br/>
        <w:t>- Partes de un ángulo.</w:t>
        <w:br/>
        <w:t>- Tipos de ángulos con ejemplos.</w:t>
        <w:br/>
        <w:t>- 10 ejercicios de ángulos con dibujos y respuestas.</w:t>
      </w:r>
    </w:p>
    <w:p>
      <w:pPr>
        <w:pStyle w:val="Heading2"/>
      </w:pPr>
      <w:r>
        <w:t>📖 ¿Qué es un ángulo?</w:t>
      </w:r>
    </w:p>
    <w:p>
      <w:r>
        <w:t>Un ángulo es la abertura que se forma cuando dos rectas o rayos se encuentran en un punto en común, llamado vértice. Cada recta se llama lado del ángulo.</w:t>
        <w:br/>
        <w:br/>
        <w:t>👉 Ejemplo en la vida real:</w:t>
        <w:br/>
        <w:t>- Al abrir un libro, se forma un ángulo entre sus tapas.</w:t>
        <w:br/>
        <w:t>- Cuando abrimos una puerta, se forma un ángulo entre la puerta y el marco.</w:t>
      </w:r>
    </w:p>
    <w:p>
      <w:pPr>
        <w:pStyle w:val="Heading2"/>
      </w:pPr>
      <w:r>
        <w:t>📏 Tipos de ángulos</w:t>
      </w:r>
    </w:p>
    <w:p>
      <w:r>
        <w:t>- Ángulo agudo → mide menos de 90°.</w:t>
        <w:br/>
        <w:t>- Ángulo recto → mide exactamente 90°.</w:t>
        <w:br/>
        <w:t>- Ángulo obtuso → mide más de 90° y menos de 180°.</w:t>
        <w:br/>
        <w:t>- Ángulo llano → mide 180°.</w:t>
        <w:br/>
        <w:t>- Ángulo completo → mide 360°.</w:t>
        <w:br/>
        <w:t>- Ángulo reflejo o cóncavo → mide más de 180° y menos de 360°.</w:t>
      </w:r>
    </w:p>
    <w:p>
      <w:pPr>
        <w:pStyle w:val="Heading2"/>
      </w:pPr>
      <w:r>
        <w:t>✏️ Ejercicios de ángulos para primaria</w:t>
      </w:r>
    </w:p>
    <w:p>
      <w:pPr>
        <w:pStyle w:val="Heading3"/>
      </w:pPr>
      <w:r>
        <w:t>Ejercicio 1</w:t>
      </w:r>
    </w:p>
    <w:p>
      <w:r>
        <w:t>Dibuja un ángulo de 90°. ¿Cómo se llama?</w:t>
      </w:r>
    </w:p>
    <w:p>
      <w:r>
        <w:drawing>
          <wp:inline xmlns:a="http://schemas.openxmlformats.org/drawingml/2006/main" xmlns:pic="http://schemas.openxmlformats.org/drawingml/2006/picture">
            <wp:extent cx="1828800" cy="2044168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angulo_recto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2044168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t>👉 Respuesta: Ángulo recto.</w:t>
        <w:br/>
      </w:r>
    </w:p>
    <w:p>
      <w:pPr>
        <w:pStyle w:val="Heading3"/>
      </w:pPr>
      <w:r>
        <w:t>Ejercicio 2</w:t>
      </w:r>
    </w:p>
    <w:p>
      <w:r>
        <w:t>Un ángulo mide 45°. ¿Qué tipo de ángulo es?</w:t>
      </w:r>
    </w:p>
    <w:p>
      <w:r>
        <w:drawing>
          <wp:inline xmlns:a="http://schemas.openxmlformats.org/drawingml/2006/main" xmlns:pic="http://schemas.openxmlformats.org/drawingml/2006/picture">
            <wp:extent cx="1828800" cy="2044168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angulo_agudo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2044168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t>👉 Respuesta: Ángulo agudo.</w:t>
        <w:br/>
      </w:r>
    </w:p>
    <w:p>
      <w:pPr>
        <w:pStyle w:val="Heading3"/>
      </w:pPr>
      <w:r>
        <w:t>Ejercicio 3</w:t>
      </w:r>
    </w:p>
    <w:p>
      <w:r>
        <w:t>Un ángulo mide 135°. ¿Qué tipo de ángulo es?</w:t>
      </w:r>
    </w:p>
    <w:p>
      <w:r>
        <w:drawing>
          <wp:inline xmlns:a="http://schemas.openxmlformats.org/drawingml/2006/main" xmlns:pic="http://schemas.openxmlformats.org/drawingml/2006/picture">
            <wp:extent cx="1828800" cy="1984744"/>
            <wp:docPr id="3" name="Picture 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angulo_obtuso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98474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t>👉 Respuesta: Ángulo obtuso.</w:t>
        <w:br/>
      </w:r>
    </w:p>
    <w:p>
      <w:pPr>
        <w:pStyle w:val="Heading3"/>
      </w:pPr>
      <w:r>
        <w:t>Ejercicio 4</w:t>
      </w:r>
    </w:p>
    <w:p>
      <w:r>
        <w:t>El ángulo de una circunferencia completa es de ______ grados.</w:t>
      </w:r>
    </w:p>
    <w:p>
      <w:r>
        <w:drawing>
          <wp:inline xmlns:a="http://schemas.openxmlformats.org/drawingml/2006/main" xmlns:pic="http://schemas.openxmlformats.org/drawingml/2006/picture">
            <wp:extent cx="1828800" cy="1790434"/>
            <wp:docPr id="4" name="Picture 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angulo_completo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79043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t>👉 Respuesta: 360°, ángulo completo.</w:t>
        <w:br/>
      </w:r>
    </w:p>
    <w:p>
      <w:pPr>
        <w:pStyle w:val="Heading3"/>
      </w:pPr>
      <w:r>
        <w:t>Ejercicio 5</w:t>
      </w:r>
    </w:p>
    <w:p>
      <w:r>
        <w:t>Si un ángulo mide 180°, ¿cómo se llama?</w:t>
      </w:r>
    </w:p>
    <w:p>
      <w:r>
        <w:drawing>
          <wp:inline xmlns:a="http://schemas.openxmlformats.org/drawingml/2006/main" xmlns:pic="http://schemas.openxmlformats.org/drawingml/2006/picture">
            <wp:extent cx="1828800" cy="2044168"/>
            <wp:docPr id="5" name="Picture 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angulo_llano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2044168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t>👉 Respuesta: Ángulo llano.</w:t>
        <w:br/>
      </w:r>
    </w:p>
    <w:p>
      <w:pPr>
        <w:pStyle w:val="Heading3"/>
      </w:pPr>
      <w:r>
        <w:t>Ejercicio 6</w:t>
      </w:r>
    </w:p>
    <w:p>
      <w:r>
        <w:t>Observa la esquina de un cuadrado. ¿Qué ángulo se forma?</w:t>
      </w:r>
    </w:p>
    <w:p>
      <w:r>
        <w:drawing>
          <wp:inline xmlns:a="http://schemas.openxmlformats.org/drawingml/2006/main" xmlns:pic="http://schemas.openxmlformats.org/drawingml/2006/picture">
            <wp:extent cx="1828800" cy="2044168"/>
            <wp:docPr id="6" name="Picture 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angulo_recto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2044168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t>👉 Respuesta: Ángulo recto (90°).</w:t>
        <w:br/>
      </w:r>
    </w:p>
    <w:p>
      <w:pPr>
        <w:pStyle w:val="Heading3"/>
      </w:pPr>
      <w:r>
        <w:t>Ejercicio 7</w:t>
      </w:r>
    </w:p>
    <w:p>
      <w:r>
        <w:t>Un ángulo mide 60°. ¿Qué tipo de ángulo es?</w:t>
      </w:r>
    </w:p>
    <w:p>
      <w:r>
        <w:drawing>
          <wp:inline xmlns:a="http://schemas.openxmlformats.org/drawingml/2006/main" xmlns:pic="http://schemas.openxmlformats.org/drawingml/2006/picture">
            <wp:extent cx="1828800" cy="2044168"/>
            <wp:docPr id="7" name="Picture 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angulo_agudo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2044168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t>👉 Respuesta: Ángulo agudo.</w:t>
        <w:br/>
      </w:r>
    </w:p>
    <w:p>
      <w:pPr>
        <w:pStyle w:val="Heading3"/>
      </w:pPr>
      <w:r>
        <w:t>Ejercicio 8</w:t>
      </w:r>
    </w:p>
    <w:p>
      <w:r>
        <w:t>Un ángulo mide 270°. ¿Qué tipo de ángulo es?</w:t>
      </w:r>
    </w:p>
    <w:p>
      <w:r>
        <w:drawing>
          <wp:inline xmlns:a="http://schemas.openxmlformats.org/drawingml/2006/main" xmlns:pic="http://schemas.openxmlformats.org/drawingml/2006/picture">
            <wp:extent cx="1828800" cy="2032000"/>
            <wp:docPr id="8" name="Picture 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angulo_reflejo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20320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t>👉 Respuesta: Ángulo reflejo.</w:t>
        <w:br/>
      </w:r>
    </w:p>
    <w:p>
      <w:pPr>
        <w:pStyle w:val="Heading3"/>
      </w:pPr>
      <w:r>
        <w:t>Ejercicio 9</w:t>
      </w:r>
    </w:p>
    <w:p>
      <w:r>
        <w:t>Si abres una puerta a la mitad, ¿qué ángulo aproximadamente se forma?</w:t>
      </w:r>
    </w:p>
    <w:p>
      <w:r>
        <w:drawing>
          <wp:inline xmlns:a="http://schemas.openxmlformats.org/drawingml/2006/main" xmlns:pic="http://schemas.openxmlformats.org/drawingml/2006/picture">
            <wp:extent cx="1828800" cy="2044168"/>
            <wp:docPr id="9" name="Picture 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angulo_recto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2044168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t>👉 Respuesta: 90°, ángulo recto.</w:t>
        <w:br/>
      </w:r>
    </w:p>
    <w:p>
      <w:pPr>
        <w:pStyle w:val="Heading3"/>
      </w:pPr>
      <w:r>
        <w:t>Ejercicio 10</w:t>
      </w:r>
    </w:p>
    <w:p>
      <w:r>
        <w:t>Completa:</w:t>
        <w:br/>
        <w:t>- Menos de 90° → ____</w:t>
        <w:br/>
        <w:t>- Exactamente 90° → ____</w:t>
        <w:br/>
        <w:t>- Entre 90° y 180° → ____</w:t>
      </w:r>
    </w:p>
    <w:p>
      <w:r>
        <w:drawing>
          <wp:inline xmlns:a="http://schemas.openxmlformats.org/drawingml/2006/main" xmlns:pic="http://schemas.openxmlformats.org/drawingml/2006/picture">
            <wp:extent cx="1828800" cy="1984744"/>
            <wp:docPr id="10" name="Picture 1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angulo_obtuso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98474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t>👉 Respuesta:</w:t>
        <w:br/>
        <w:t>- Menos de 90° → Agudo</w:t>
        <w:br/>
        <w:t>- Exactamente 90° → Recto</w:t>
        <w:br/>
        <w:t>- Entre 90° y 180° → Obtuso</w:t>
        <w:br/>
      </w:r>
    </w:p>
    <w:p>
      <w:pPr>
        <w:pStyle w:val="Heading2"/>
      </w:pPr>
      <w:r>
        <w:t>📌 Conclusión</w:t>
      </w:r>
    </w:p>
    <w:p>
      <w:r>
        <w:t>Los ángulos en primaria son clave para aprender geometría. 👉 Con teoría clara, dibujos y ejercicios prácticos, los niños pueden identificar y diferenciar ángulos fácilmente en la vida cotidiana.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