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006F" w:rsidRPr="00910E75" w:rsidRDefault="00910E75">
      <w:pPr>
        <w:pStyle w:val="Ttulo1"/>
        <w:rPr>
          <w:lang w:val="es-AR"/>
        </w:rPr>
      </w:pPr>
      <w:r>
        <w:t>🔢</w:t>
      </w:r>
      <w:r w:rsidRPr="00910E75">
        <w:rPr>
          <w:lang w:val="es-AR"/>
        </w:rPr>
        <w:t xml:space="preserve"> Máximo Común Divisor para Primaria</w:t>
      </w:r>
    </w:p>
    <w:p w:rsidR="0088006F" w:rsidRPr="00910E75" w:rsidRDefault="00910E75">
      <w:pPr>
        <w:pStyle w:val="Ttulo2"/>
        <w:rPr>
          <w:lang w:val="es-AR"/>
        </w:rPr>
      </w:pPr>
      <w:r>
        <w:t>📖</w:t>
      </w:r>
      <w:r w:rsidRPr="00910E75">
        <w:rPr>
          <w:lang w:val="es-AR"/>
        </w:rPr>
        <w:t xml:space="preserve"> Teoría</w:t>
      </w:r>
    </w:p>
    <w:p w:rsidR="0088006F" w:rsidRPr="00910E75" w:rsidRDefault="00910E75">
      <w:pPr>
        <w:rPr>
          <w:lang w:val="es-AR"/>
        </w:rPr>
      </w:pPr>
      <w:r w:rsidRPr="00910E75">
        <w:rPr>
          <w:lang w:val="es-AR"/>
        </w:rPr>
        <w:t>El Máximo Común Divisor (MCD) de dos o más números es el número más grande que los divide a todos exactamente, sin dejar resto.</w:t>
      </w:r>
      <w:r w:rsidRPr="00910E75">
        <w:rPr>
          <w:lang w:val="es-AR"/>
        </w:rPr>
        <w:br/>
      </w:r>
      <w:r w:rsidRPr="00910E75">
        <w:rPr>
          <w:lang w:val="es-AR"/>
        </w:rPr>
        <w:br/>
        <w:t>Ejemplo:</w:t>
      </w:r>
      <w:r w:rsidRPr="00910E75">
        <w:rPr>
          <w:lang w:val="es-AR"/>
        </w:rPr>
        <w:br/>
        <w:t>- Para los números 12 y 18:</w:t>
      </w:r>
      <w:r w:rsidRPr="00910E75">
        <w:rPr>
          <w:lang w:val="es-AR"/>
        </w:rPr>
        <w:br/>
      </w:r>
      <w:r w:rsidRPr="00910E75">
        <w:rPr>
          <w:lang w:val="es-AR"/>
        </w:rPr>
        <w:t xml:space="preserve">   - Los divisores de 12 son: 1, 2, 3, 4, 6, 12.</w:t>
      </w:r>
      <w:r w:rsidRPr="00910E75">
        <w:rPr>
          <w:lang w:val="es-AR"/>
        </w:rPr>
        <w:br/>
        <w:t xml:space="preserve">   - Los divisores de 18 son: 1, 2, 3, 6, 9, 18.</w:t>
      </w:r>
      <w:r w:rsidRPr="00910E75">
        <w:rPr>
          <w:lang w:val="es-AR"/>
        </w:rPr>
        <w:br/>
        <w:t xml:space="preserve">   - Los divisores comunes son: 1, 2, 3, 6.</w:t>
      </w:r>
      <w:r w:rsidRPr="00910E75">
        <w:rPr>
          <w:lang w:val="es-AR"/>
        </w:rPr>
        <w:br/>
        <w:t xml:space="preserve">   - El MCD es 6, porque es el mayor de esos divisores comunes.</w:t>
      </w:r>
      <w:r w:rsidRPr="00910E75">
        <w:rPr>
          <w:lang w:val="es-AR"/>
        </w:rPr>
        <w:br/>
      </w:r>
      <w:r w:rsidRPr="00910E75">
        <w:rPr>
          <w:lang w:val="es-AR"/>
        </w:rPr>
        <w:br/>
        <w:t>¿Para qué sirve el MCD?</w:t>
      </w:r>
      <w:r w:rsidRPr="00910E75">
        <w:rPr>
          <w:lang w:val="es-AR"/>
        </w:rPr>
        <w:br/>
        <w:t>- Para simplificar fracci</w:t>
      </w:r>
      <w:r w:rsidRPr="00910E75">
        <w:rPr>
          <w:lang w:val="es-AR"/>
        </w:rPr>
        <w:t>ones.</w:t>
      </w:r>
      <w:r w:rsidRPr="00910E75">
        <w:rPr>
          <w:lang w:val="es-AR"/>
        </w:rPr>
        <w:br/>
        <w:t xml:space="preserve">   Ejemplo: 12/18. Si dividimos numerador y denominador por el MCD (6), obtenemos 2/3.</w:t>
      </w:r>
      <w:r w:rsidRPr="00910E75">
        <w:rPr>
          <w:lang w:val="es-AR"/>
        </w:rPr>
        <w:br/>
        <w:t>- Para resolver problemas de agrupamiento.</w:t>
      </w:r>
      <w:r w:rsidRPr="00910E75">
        <w:rPr>
          <w:lang w:val="es-AR"/>
        </w:rPr>
        <w:br/>
        <w:t xml:space="preserve">   Ejemplo: si tenemos 12 caramelos y 18 galletas y queremos armar bolsas iguales, el MCD (6) nos dice que se pueden arm</w:t>
      </w:r>
      <w:r w:rsidRPr="00910E75">
        <w:rPr>
          <w:lang w:val="es-AR"/>
        </w:rPr>
        <w:t>ar 6 bolsas iguales con 2 caramelos y 3 galletas en cada una.</w:t>
      </w:r>
      <w:r w:rsidRPr="00910E75">
        <w:rPr>
          <w:lang w:val="es-AR"/>
        </w:rPr>
        <w:br/>
        <w:t>- Para organizar repartos de manera justa.</w:t>
      </w:r>
      <w:r w:rsidRPr="00910E75">
        <w:rPr>
          <w:lang w:val="es-AR"/>
        </w:rPr>
        <w:br/>
      </w:r>
      <w:r w:rsidRPr="00910E75">
        <w:rPr>
          <w:lang w:val="es-AR"/>
        </w:rPr>
        <w:br/>
        <w:t>Métodos para calcular el MCD:</w:t>
      </w:r>
      <w:r w:rsidRPr="00910E75">
        <w:rPr>
          <w:lang w:val="es-AR"/>
        </w:rPr>
        <w:br/>
        <w:t>1. Lista de divisores: se anotan los divisores de cada número y se elige el mayor común.</w:t>
      </w:r>
      <w:r w:rsidRPr="00910E75">
        <w:rPr>
          <w:lang w:val="es-AR"/>
        </w:rPr>
        <w:br/>
        <w:t>2. Descomposición en factores p</w:t>
      </w:r>
      <w:r w:rsidRPr="00910E75">
        <w:rPr>
          <w:lang w:val="es-AR"/>
        </w:rPr>
        <w:t>rimos:</w:t>
      </w:r>
      <w:r w:rsidRPr="00910E75">
        <w:rPr>
          <w:lang w:val="es-AR"/>
        </w:rPr>
        <w:br/>
        <w:t xml:space="preserve">   - 12 = 2 × 2 × 3.</w:t>
      </w:r>
      <w:r w:rsidRPr="00910E75">
        <w:rPr>
          <w:lang w:val="es-AR"/>
        </w:rPr>
        <w:br/>
        <w:t xml:space="preserve">   - 18 = 2 × 3 × 3.</w:t>
      </w:r>
      <w:r w:rsidRPr="00910E75">
        <w:rPr>
          <w:lang w:val="es-AR"/>
        </w:rPr>
        <w:br/>
        <w:t xml:space="preserve">   - Factores comunes: 2 × 3 = 6.</w:t>
      </w:r>
      <w:r w:rsidRPr="00910E75">
        <w:rPr>
          <w:lang w:val="es-AR"/>
        </w:rPr>
        <w:br/>
        <w:t>3. Algoritmo de Euclides:</w:t>
      </w:r>
      <w:r w:rsidRPr="00910E75">
        <w:rPr>
          <w:lang w:val="es-AR"/>
        </w:rPr>
        <w:br/>
        <w:t xml:space="preserve">   - Se divide el número mayor entre el menor.</w:t>
      </w:r>
      <w:r w:rsidRPr="00910E75">
        <w:rPr>
          <w:lang w:val="es-AR"/>
        </w:rPr>
        <w:br/>
        <w:t xml:space="preserve">   - Luego se divide el divisor entre el resto, y así hasta que el resto sea 0.</w:t>
      </w:r>
      <w:r w:rsidRPr="00910E75">
        <w:rPr>
          <w:lang w:val="es-AR"/>
        </w:rPr>
        <w:br/>
        <w:t xml:space="preserve">   - El último divis</w:t>
      </w:r>
      <w:r w:rsidRPr="00910E75">
        <w:rPr>
          <w:lang w:val="es-AR"/>
        </w:rPr>
        <w:t>or es el MCD.</w:t>
      </w:r>
      <w:r w:rsidRPr="00910E75">
        <w:rPr>
          <w:lang w:val="es-AR"/>
        </w:rPr>
        <w:br/>
        <w:t xml:space="preserve">   Ejemplo: </w:t>
      </w:r>
      <w:proofErr w:type="gramStart"/>
      <w:r w:rsidRPr="00910E75">
        <w:rPr>
          <w:lang w:val="es-AR"/>
        </w:rPr>
        <w:t>MCD(</w:t>
      </w:r>
      <w:proofErr w:type="gramEnd"/>
      <w:r w:rsidRPr="00910E75">
        <w:rPr>
          <w:lang w:val="es-AR"/>
        </w:rPr>
        <w:t>48, 18) → 48 ÷ 18 = 2, resto 12. 18 ÷ 12 = 1, resto 6. 12 ÷ 6 = 2, resto 0. El MCD es 6.</w:t>
      </w:r>
    </w:p>
    <w:p w:rsidR="0088006F" w:rsidRPr="00910E75" w:rsidRDefault="00910E75">
      <w:pPr>
        <w:pStyle w:val="Ttulo2"/>
        <w:rPr>
          <w:lang w:val="es-AR"/>
        </w:rPr>
      </w:pPr>
      <w:bookmarkStart w:id="0" w:name="_GoBack"/>
      <w:bookmarkEnd w:id="0"/>
      <w:r w:rsidRPr="00910E75">
        <w:rPr>
          <w:lang w:val="es-AR"/>
        </w:rPr>
        <w:t>✏</w:t>
      </w:r>
      <w:r>
        <w:t>️</w:t>
      </w:r>
      <w:r w:rsidRPr="00910E75">
        <w:rPr>
          <w:lang w:val="es-AR"/>
        </w:rPr>
        <w:t xml:space="preserve"> Ejercicios prácticos</w:t>
      </w:r>
    </w:p>
    <w:p w:rsidR="0088006F" w:rsidRPr="00910E75" w:rsidRDefault="00910E75">
      <w:pPr>
        <w:pStyle w:val="Ttulo3"/>
        <w:rPr>
          <w:lang w:val="es-AR"/>
        </w:rPr>
      </w:pPr>
      <w:r w:rsidRPr="00910E75">
        <w:rPr>
          <w:lang w:val="es-AR"/>
        </w:rPr>
        <w:t>Ejercicio 1</w:t>
      </w:r>
    </w:p>
    <w:p w:rsidR="0088006F" w:rsidRPr="00910E75" w:rsidRDefault="00910E75">
      <w:pPr>
        <w:rPr>
          <w:lang w:val="es-AR"/>
        </w:rPr>
      </w:pPr>
      <w:r w:rsidRPr="00910E75">
        <w:rPr>
          <w:lang w:val="es-AR"/>
        </w:rPr>
        <w:t>Halla el MCD de 8 y 12.</w:t>
      </w:r>
    </w:p>
    <w:p w:rsidR="0088006F" w:rsidRPr="00910E75" w:rsidRDefault="00910E75">
      <w:pPr>
        <w:pStyle w:val="Ttulo3"/>
        <w:rPr>
          <w:lang w:val="es-AR"/>
        </w:rPr>
      </w:pPr>
      <w:r w:rsidRPr="00910E75">
        <w:rPr>
          <w:lang w:val="es-AR"/>
        </w:rPr>
        <w:t>Ejercicio 2</w:t>
      </w:r>
    </w:p>
    <w:p w:rsidR="0088006F" w:rsidRPr="00910E75" w:rsidRDefault="00910E75">
      <w:pPr>
        <w:rPr>
          <w:lang w:val="es-AR"/>
        </w:rPr>
      </w:pPr>
      <w:r w:rsidRPr="00910E75">
        <w:rPr>
          <w:lang w:val="es-AR"/>
        </w:rPr>
        <w:t>Halla el MCD de 15 y 25.</w:t>
      </w:r>
    </w:p>
    <w:p w:rsidR="0088006F" w:rsidRPr="00910E75" w:rsidRDefault="00910E75">
      <w:pPr>
        <w:pStyle w:val="Ttulo3"/>
        <w:rPr>
          <w:lang w:val="es-AR"/>
        </w:rPr>
      </w:pPr>
      <w:r w:rsidRPr="00910E75">
        <w:rPr>
          <w:lang w:val="es-AR"/>
        </w:rPr>
        <w:lastRenderedPageBreak/>
        <w:t>Ejercicio 3</w:t>
      </w:r>
    </w:p>
    <w:p w:rsidR="0088006F" w:rsidRPr="00910E75" w:rsidRDefault="00910E75">
      <w:pPr>
        <w:rPr>
          <w:lang w:val="es-AR"/>
        </w:rPr>
      </w:pPr>
      <w:r w:rsidRPr="00910E75">
        <w:rPr>
          <w:lang w:val="es-AR"/>
        </w:rPr>
        <w:t>Halla el MCD de 24 y 36.</w:t>
      </w:r>
    </w:p>
    <w:p w:rsidR="0088006F" w:rsidRPr="00910E75" w:rsidRDefault="00910E75">
      <w:pPr>
        <w:pStyle w:val="Ttulo3"/>
        <w:rPr>
          <w:lang w:val="es-AR"/>
        </w:rPr>
      </w:pPr>
      <w:r w:rsidRPr="00910E75">
        <w:rPr>
          <w:lang w:val="es-AR"/>
        </w:rPr>
        <w:t>Ejercicio 4</w:t>
      </w:r>
    </w:p>
    <w:p w:rsidR="0088006F" w:rsidRPr="00910E75" w:rsidRDefault="00910E75">
      <w:pPr>
        <w:rPr>
          <w:lang w:val="es-AR"/>
        </w:rPr>
      </w:pPr>
      <w:r w:rsidRPr="00910E75">
        <w:rPr>
          <w:lang w:val="es-AR"/>
        </w:rPr>
        <w:t>Halla el MCD de 16 y 20.</w:t>
      </w:r>
    </w:p>
    <w:p w:rsidR="0088006F" w:rsidRPr="00910E75" w:rsidRDefault="00910E75">
      <w:pPr>
        <w:pStyle w:val="Ttulo3"/>
        <w:rPr>
          <w:lang w:val="es-AR"/>
        </w:rPr>
      </w:pPr>
      <w:r w:rsidRPr="00910E75">
        <w:rPr>
          <w:lang w:val="es-AR"/>
        </w:rPr>
        <w:t>Ejercicio 5</w:t>
      </w:r>
    </w:p>
    <w:p w:rsidR="0088006F" w:rsidRPr="00910E75" w:rsidRDefault="00910E75">
      <w:pPr>
        <w:rPr>
          <w:lang w:val="es-AR"/>
        </w:rPr>
      </w:pPr>
      <w:r w:rsidRPr="00910E75">
        <w:rPr>
          <w:lang w:val="es-AR"/>
        </w:rPr>
        <w:t>Encuent</w:t>
      </w:r>
      <w:r w:rsidRPr="00910E75">
        <w:rPr>
          <w:lang w:val="es-AR"/>
        </w:rPr>
        <w:t>ra el MCD de 9, 18 y 27.</w:t>
      </w:r>
    </w:p>
    <w:p w:rsidR="0088006F" w:rsidRPr="00910E75" w:rsidRDefault="00910E75">
      <w:pPr>
        <w:pStyle w:val="Ttulo3"/>
        <w:rPr>
          <w:lang w:val="es-AR"/>
        </w:rPr>
      </w:pPr>
      <w:r w:rsidRPr="00910E75">
        <w:rPr>
          <w:lang w:val="es-AR"/>
        </w:rPr>
        <w:t>Ejercicio 6</w:t>
      </w:r>
    </w:p>
    <w:p w:rsidR="0088006F" w:rsidRPr="00910E75" w:rsidRDefault="00910E75">
      <w:pPr>
        <w:rPr>
          <w:lang w:val="es-AR"/>
        </w:rPr>
      </w:pPr>
      <w:r w:rsidRPr="00910E75">
        <w:rPr>
          <w:lang w:val="es-AR"/>
        </w:rPr>
        <w:t>Simplifica la fracción 20/30 usando el MCD.</w:t>
      </w:r>
    </w:p>
    <w:p w:rsidR="0088006F" w:rsidRPr="00910E75" w:rsidRDefault="00910E75">
      <w:pPr>
        <w:pStyle w:val="Ttulo3"/>
        <w:rPr>
          <w:lang w:val="es-AR"/>
        </w:rPr>
      </w:pPr>
      <w:r w:rsidRPr="00910E75">
        <w:rPr>
          <w:lang w:val="es-AR"/>
        </w:rPr>
        <w:t>Ejercicio 7</w:t>
      </w:r>
    </w:p>
    <w:p w:rsidR="0088006F" w:rsidRPr="00910E75" w:rsidRDefault="00910E75">
      <w:pPr>
        <w:rPr>
          <w:lang w:val="es-AR"/>
        </w:rPr>
      </w:pPr>
      <w:r w:rsidRPr="00910E75">
        <w:rPr>
          <w:lang w:val="es-AR"/>
        </w:rPr>
        <w:t>Una maestra tiene 30 lápices y 45 cuadernos. ¿Cuál es el número máximo de paquetes iguales que puede armar sin que sobre nada?</w:t>
      </w:r>
    </w:p>
    <w:p w:rsidR="0088006F" w:rsidRPr="00910E75" w:rsidRDefault="00910E75">
      <w:pPr>
        <w:pStyle w:val="Ttulo3"/>
        <w:rPr>
          <w:lang w:val="es-AR"/>
        </w:rPr>
      </w:pPr>
      <w:r w:rsidRPr="00910E75">
        <w:rPr>
          <w:lang w:val="es-AR"/>
        </w:rPr>
        <w:t>Ejercicio 8</w:t>
      </w:r>
    </w:p>
    <w:p w:rsidR="0088006F" w:rsidRPr="00910E75" w:rsidRDefault="00910E75">
      <w:pPr>
        <w:rPr>
          <w:lang w:val="es-AR"/>
        </w:rPr>
      </w:pPr>
      <w:r w:rsidRPr="00910E75">
        <w:rPr>
          <w:lang w:val="es-AR"/>
        </w:rPr>
        <w:t>Calcula el MCD de 28 y 4</w:t>
      </w:r>
      <w:r w:rsidRPr="00910E75">
        <w:rPr>
          <w:lang w:val="es-AR"/>
        </w:rPr>
        <w:t>2 usando descomposición en factores primos.</w:t>
      </w:r>
    </w:p>
    <w:p w:rsidR="0088006F" w:rsidRPr="00910E75" w:rsidRDefault="00910E75">
      <w:pPr>
        <w:pStyle w:val="Ttulo3"/>
        <w:rPr>
          <w:lang w:val="es-AR"/>
        </w:rPr>
      </w:pPr>
      <w:r w:rsidRPr="00910E75">
        <w:rPr>
          <w:lang w:val="es-AR"/>
        </w:rPr>
        <w:t>Ejercicio 9</w:t>
      </w:r>
    </w:p>
    <w:p w:rsidR="0088006F" w:rsidRPr="00910E75" w:rsidRDefault="00910E75">
      <w:pPr>
        <w:rPr>
          <w:lang w:val="es-AR"/>
        </w:rPr>
      </w:pPr>
      <w:r w:rsidRPr="00910E75">
        <w:rPr>
          <w:lang w:val="es-AR"/>
        </w:rPr>
        <w:t>Calcula el MCD de 32 y 48 usando el algoritmo de Euclides.</w:t>
      </w:r>
    </w:p>
    <w:p w:rsidR="0088006F" w:rsidRPr="00910E75" w:rsidRDefault="00910E75">
      <w:pPr>
        <w:pStyle w:val="Ttulo3"/>
        <w:rPr>
          <w:lang w:val="es-AR"/>
        </w:rPr>
      </w:pPr>
      <w:r w:rsidRPr="00910E75">
        <w:rPr>
          <w:lang w:val="es-AR"/>
        </w:rPr>
        <w:t>Ejercicio 10</w:t>
      </w:r>
    </w:p>
    <w:p w:rsidR="0088006F" w:rsidRPr="00910E75" w:rsidRDefault="00910E75">
      <w:pPr>
        <w:rPr>
          <w:lang w:val="es-AR"/>
        </w:rPr>
      </w:pPr>
      <w:r w:rsidRPr="00910E75">
        <w:rPr>
          <w:lang w:val="es-AR"/>
        </w:rPr>
        <w:t>Piensa en dos números de tu elección y encuentra su MCD.</w:t>
      </w:r>
    </w:p>
    <w:p w:rsidR="0088006F" w:rsidRDefault="00910E75">
      <w:pPr>
        <w:pStyle w:val="Ttulo2"/>
      </w:pPr>
      <w:r>
        <w:t>📌</w:t>
      </w:r>
      <w:r>
        <w:t xml:space="preserve"> </w:t>
      </w:r>
      <w:proofErr w:type="spellStart"/>
      <w:r>
        <w:t>Conclusión</w:t>
      </w:r>
      <w:proofErr w:type="spellEnd"/>
    </w:p>
    <w:p w:rsidR="0088006F" w:rsidRPr="00910E75" w:rsidRDefault="00910E75">
      <w:pPr>
        <w:rPr>
          <w:lang w:val="es-AR"/>
        </w:rPr>
      </w:pPr>
      <w:r w:rsidRPr="00910E75">
        <w:rPr>
          <w:lang w:val="es-AR"/>
        </w:rPr>
        <w:t>El Máximo Común Divisor (MCD) es una herramienta muy útil</w:t>
      </w:r>
      <w:r w:rsidRPr="00910E75">
        <w:rPr>
          <w:lang w:val="es-AR"/>
        </w:rPr>
        <w:t xml:space="preserve"> en matemáticas para simplificar fracciones, organizar repartos y resolver problemas de agrupación. Aprender a calcularlo con diferentes métodos ayuda a los alumnos a mejorar su razonamiento lógico y matemático.</w:t>
      </w:r>
    </w:p>
    <w:sectPr w:rsidR="0088006F" w:rsidRPr="00910E75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88006F"/>
    <w:rsid w:val="00910E75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  <w15:docId w15:val="{C77CD415-AB6E-4011-8C90-98FB49877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Puesto">
    <w:name w:val="Title"/>
    <w:basedOn w:val="Normal"/>
    <w:next w:val="Normal"/>
    <w:link w:val="Puest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PuestoCar">
    <w:name w:val="Puesto Car"/>
    <w:basedOn w:val="Fuentedeprrafopredeter"/>
    <w:link w:val="Puest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306C04D-C27D-4490-B82F-DB9B2CA3C0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349</Words>
  <Characters>1922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2267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Diego</cp:lastModifiedBy>
  <cp:revision>3</cp:revision>
  <dcterms:created xsi:type="dcterms:W3CDTF">2013-12-23T23:15:00Z</dcterms:created>
  <dcterms:modified xsi:type="dcterms:W3CDTF">2025-09-30T19:45:00Z</dcterms:modified>
  <cp:category/>
</cp:coreProperties>
</file>