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D4B" w:rsidRPr="0055097F" w:rsidRDefault="0055097F">
      <w:pPr>
        <w:pStyle w:val="Ttulo1"/>
        <w:rPr>
          <w:lang w:val="es-AR"/>
        </w:rPr>
      </w:pPr>
      <w:r>
        <w:t>🧪</w:t>
      </w:r>
      <w:r w:rsidRPr="0055097F">
        <w:rPr>
          <w:lang w:val="es-AR"/>
        </w:rPr>
        <w:t xml:space="preserve"> La Química en la Vida Diaria – Ejemplos que Sorprenden</w:t>
      </w:r>
    </w:p>
    <w:p w:rsidR="003D3D4B" w:rsidRPr="0055097F" w:rsidRDefault="0055097F">
      <w:pPr>
        <w:pStyle w:val="Ttulo2"/>
        <w:rPr>
          <w:lang w:val="es-AR"/>
        </w:rPr>
      </w:pPr>
      <w:r>
        <w:t>📖</w:t>
      </w:r>
      <w:r w:rsidRPr="0055097F">
        <w:rPr>
          <w:lang w:val="es-AR"/>
        </w:rPr>
        <w:t xml:space="preserve"> Teoría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 xml:space="preserve">La química es la ciencia que estudia la materia: de qué están hechas las cosas y cómo cambian. Aunque muchas veces pensamos que la química solo está en los laboratorios, en realidad la </w:t>
      </w:r>
      <w:r w:rsidRPr="0055097F">
        <w:rPr>
          <w:lang w:val="es-AR"/>
        </w:rPr>
        <w:t>encontramos en cada momento de nuestra vida.</w:t>
      </w:r>
      <w:r w:rsidRPr="0055097F">
        <w:rPr>
          <w:lang w:val="es-AR"/>
        </w:rPr>
        <w:br/>
      </w:r>
      <w:r w:rsidRPr="0055097F">
        <w:rPr>
          <w:lang w:val="es-AR"/>
        </w:rPr>
        <w:br/>
        <w:t>Cuando cocinamos, limpiamos, respiramos, nos enfermamos o incluso cuando jugamos, la química está actuando. Conocerla ayuda a entender el mundo y a cuidarnos mejor.</w:t>
      </w:r>
      <w:r w:rsidRPr="0055097F">
        <w:rPr>
          <w:lang w:val="es-AR"/>
        </w:rPr>
        <w:br/>
      </w:r>
      <w:r w:rsidRPr="0055097F">
        <w:rPr>
          <w:lang w:val="es-AR"/>
        </w:rPr>
        <w:br/>
        <w:t>Ejemplo: cuando hervimos agua y se convierte</w:t>
      </w:r>
      <w:r w:rsidRPr="0055097F">
        <w:rPr>
          <w:lang w:val="es-AR"/>
        </w:rPr>
        <w:t xml:space="preserve"> en vapor, ocurre un cambio de estado físico. Cuando una manzana se pone marrón al estar cortada, sucede una reacción química.</w:t>
      </w:r>
      <w:r w:rsidRPr="0055097F">
        <w:rPr>
          <w:lang w:val="es-AR"/>
        </w:rPr>
        <w:br/>
      </w:r>
      <w:r w:rsidRPr="0055097F">
        <w:rPr>
          <w:lang w:val="es-AR"/>
        </w:rPr>
        <w:br/>
        <w:t>Ámbitos de la vida diaria donde está presente la química:</w:t>
      </w:r>
      <w:r w:rsidRPr="0055097F">
        <w:rPr>
          <w:lang w:val="es-AR"/>
        </w:rPr>
        <w:br/>
        <w:t xml:space="preserve">- En la cocina: hornear un bizcocho es una reacción química porque la </w:t>
      </w:r>
      <w:r w:rsidRPr="0055097F">
        <w:rPr>
          <w:lang w:val="es-AR"/>
        </w:rPr>
        <w:t>levadura hace que la masa crezca.</w:t>
      </w:r>
      <w:r w:rsidRPr="0055097F">
        <w:rPr>
          <w:lang w:val="es-AR"/>
        </w:rPr>
        <w:br/>
        <w:t>- En la limpieza: los jabones y detergentes rompen la grasa gracias a procesos químicos.</w:t>
      </w:r>
      <w:r w:rsidRPr="0055097F">
        <w:rPr>
          <w:lang w:val="es-AR"/>
        </w:rPr>
        <w:br/>
        <w:t>- En el cuerpo humano: la digestión transforma los alimentos en energía.</w:t>
      </w:r>
      <w:r w:rsidRPr="0055097F">
        <w:rPr>
          <w:lang w:val="es-AR"/>
        </w:rPr>
        <w:br/>
        <w:t>- En la naturaleza: el óxido en un clavo de hierro es una re</w:t>
      </w:r>
      <w:r w:rsidRPr="0055097F">
        <w:rPr>
          <w:lang w:val="es-AR"/>
        </w:rPr>
        <w:t>acción química con el oxígeno del aire.</w:t>
      </w:r>
      <w:r w:rsidRPr="0055097F">
        <w:rPr>
          <w:lang w:val="es-AR"/>
        </w:rPr>
        <w:br/>
        <w:t>- En la medicina: los medicamentos contienen sustancias químicas que curan o alivian síntomas.</w:t>
      </w:r>
      <w:r w:rsidRPr="0055097F">
        <w:rPr>
          <w:lang w:val="es-AR"/>
        </w:rPr>
        <w:br/>
        <w:t>- En los colores: la tinta de los lápices o marcadores se obtiene mezclando compuestos químicos.</w:t>
      </w:r>
      <w:r w:rsidRPr="0055097F">
        <w:rPr>
          <w:lang w:val="es-AR"/>
        </w:rPr>
        <w:br/>
      </w:r>
      <w:r w:rsidRPr="0055097F">
        <w:rPr>
          <w:lang w:val="es-AR"/>
        </w:rPr>
        <w:br/>
        <w:t>La química es sorprende</w:t>
      </w:r>
      <w:r w:rsidRPr="0055097F">
        <w:rPr>
          <w:lang w:val="es-AR"/>
        </w:rPr>
        <w:t>nte porque, aunque no la veamos directamente, siempre está presente. Enseñar a los alumnos a reconocerla en su entorno genera curiosidad y motivación por aprender.</w:t>
      </w:r>
    </w:p>
    <w:p w:rsidR="003D3D4B" w:rsidRPr="0055097F" w:rsidRDefault="0055097F">
      <w:pPr>
        <w:pStyle w:val="Ttulo2"/>
        <w:rPr>
          <w:lang w:val="es-AR"/>
        </w:rPr>
      </w:pPr>
      <w:r>
        <w:t>🖼</w:t>
      </w:r>
      <w:r>
        <w:t>️</w:t>
      </w:r>
      <w:r w:rsidRPr="0055097F">
        <w:rPr>
          <w:lang w:val="es-AR"/>
        </w:rPr>
        <w:t xml:space="preserve"> Imágenes representativas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1. Niño horneando un bizcocho.</w:t>
      </w:r>
      <w:bookmarkStart w:id="0" w:name="_GoBack"/>
      <w:bookmarkEnd w:id="0"/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2. Manzana cortada oxidándose.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3</w:t>
      </w:r>
      <w:r w:rsidRPr="0055097F">
        <w:rPr>
          <w:lang w:val="es-AR"/>
        </w:rPr>
        <w:t>. Jabón eliminando grasa en un plato.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4. Clavo oxidado.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5. Medicamentos sobre una mesa.</w:t>
      </w:r>
    </w:p>
    <w:p w:rsidR="003D3D4B" w:rsidRPr="0055097F" w:rsidRDefault="0055097F">
      <w:pPr>
        <w:pStyle w:val="Ttulo2"/>
        <w:rPr>
          <w:lang w:val="es-AR"/>
        </w:rPr>
      </w:pPr>
      <w:r w:rsidRPr="0055097F">
        <w:rPr>
          <w:lang w:val="es-AR"/>
        </w:rPr>
        <w:lastRenderedPageBreak/>
        <w:t>✏</w:t>
      </w:r>
      <w:r>
        <w:t>️</w:t>
      </w:r>
      <w:r w:rsidRPr="0055097F">
        <w:rPr>
          <w:lang w:val="es-AR"/>
        </w:rPr>
        <w:t xml:space="preserve"> Ejercicios prácticos</w:t>
      </w:r>
    </w:p>
    <w:p w:rsidR="003D3D4B" w:rsidRPr="0055097F" w:rsidRDefault="0055097F">
      <w:pPr>
        <w:pStyle w:val="Ttulo3"/>
        <w:rPr>
          <w:lang w:val="es-AR"/>
        </w:rPr>
      </w:pPr>
      <w:r w:rsidRPr="0055097F">
        <w:rPr>
          <w:lang w:val="es-AR"/>
        </w:rPr>
        <w:t>Ejercicio 1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Escribe tres ejemplos de química en tu cocina.</w:t>
      </w:r>
    </w:p>
    <w:p w:rsidR="003D3D4B" w:rsidRPr="0055097F" w:rsidRDefault="0055097F">
      <w:pPr>
        <w:pStyle w:val="Ttulo3"/>
        <w:rPr>
          <w:lang w:val="es-AR"/>
        </w:rPr>
      </w:pPr>
      <w:r w:rsidRPr="0055097F">
        <w:rPr>
          <w:lang w:val="es-AR"/>
        </w:rPr>
        <w:t>Ejercicio 2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¿Qué pasa químicamente cuando hierves agua?</w:t>
      </w:r>
    </w:p>
    <w:p w:rsidR="003D3D4B" w:rsidRPr="0055097F" w:rsidRDefault="0055097F">
      <w:pPr>
        <w:pStyle w:val="Ttulo3"/>
        <w:rPr>
          <w:lang w:val="es-AR"/>
        </w:rPr>
      </w:pPr>
      <w:r w:rsidRPr="0055097F">
        <w:rPr>
          <w:lang w:val="es-AR"/>
        </w:rPr>
        <w:t>Ejercicio 3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Dibuja una manzan</w:t>
      </w:r>
      <w:r w:rsidRPr="0055097F">
        <w:rPr>
          <w:lang w:val="es-AR"/>
        </w:rPr>
        <w:t>a antes y después de cortarla.</w:t>
      </w:r>
    </w:p>
    <w:p w:rsidR="003D3D4B" w:rsidRPr="0055097F" w:rsidRDefault="0055097F">
      <w:pPr>
        <w:pStyle w:val="Ttulo3"/>
        <w:rPr>
          <w:lang w:val="es-AR"/>
        </w:rPr>
      </w:pPr>
      <w:r w:rsidRPr="0055097F">
        <w:rPr>
          <w:lang w:val="es-AR"/>
        </w:rPr>
        <w:t>Ejercicio 4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Explica por qué los detergentes eliminan la grasa.</w:t>
      </w:r>
    </w:p>
    <w:p w:rsidR="003D3D4B" w:rsidRPr="0055097F" w:rsidRDefault="0055097F">
      <w:pPr>
        <w:pStyle w:val="Ttulo3"/>
        <w:rPr>
          <w:lang w:val="es-AR"/>
        </w:rPr>
      </w:pPr>
      <w:r w:rsidRPr="0055097F">
        <w:rPr>
          <w:lang w:val="es-AR"/>
        </w:rPr>
        <w:t>Ejercicio 5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Escribe dos reacciones químicas que ocurran en tu cuerpo.</w:t>
      </w:r>
    </w:p>
    <w:p w:rsidR="003D3D4B" w:rsidRPr="0055097F" w:rsidRDefault="0055097F">
      <w:pPr>
        <w:pStyle w:val="Ttulo3"/>
        <w:rPr>
          <w:lang w:val="es-AR"/>
        </w:rPr>
      </w:pPr>
      <w:r w:rsidRPr="0055097F">
        <w:rPr>
          <w:lang w:val="es-AR"/>
        </w:rPr>
        <w:t>Ejercicio 6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¿Por qué un clavo se oxida con el tiempo?</w:t>
      </w:r>
    </w:p>
    <w:p w:rsidR="003D3D4B" w:rsidRPr="0055097F" w:rsidRDefault="0055097F">
      <w:pPr>
        <w:pStyle w:val="Ttulo3"/>
        <w:rPr>
          <w:lang w:val="es-AR"/>
        </w:rPr>
      </w:pPr>
      <w:r w:rsidRPr="0055097F">
        <w:rPr>
          <w:lang w:val="es-AR"/>
        </w:rPr>
        <w:t>Ejercicio 7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¿Qué ejemplos de química v</w:t>
      </w:r>
      <w:r w:rsidRPr="0055097F">
        <w:rPr>
          <w:lang w:val="es-AR"/>
        </w:rPr>
        <w:t>es en tu escuela?</w:t>
      </w:r>
    </w:p>
    <w:p w:rsidR="003D3D4B" w:rsidRPr="0055097F" w:rsidRDefault="0055097F">
      <w:pPr>
        <w:pStyle w:val="Ttulo3"/>
        <w:rPr>
          <w:lang w:val="es-AR"/>
        </w:rPr>
      </w:pPr>
      <w:r w:rsidRPr="0055097F">
        <w:rPr>
          <w:lang w:val="es-AR"/>
        </w:rPr>
        <w:t>Ejercicio 8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Haz una lista de 5 productos de limpieza y su función química.</w:t>
      </w:r>
    </w:p>
    <w:p w:rsidR="003D3D4B" w:rsidRPr="0055097F" w:rsidRDefault="0055097F">
      <w:pPr>
        <w:pStyle w:val="Ttulo3"/>
        <w:rPr>
          <w:lang w:val="es-AR"/>
        </w:rPr>
      </w:pPr>
      <w:r w:rsidRPr="0055097F">
        <w:rPr>
          <w:lang w:val="es-AR"/>
        </w:rPr>
        <w:t>Ejercicio 9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¿Cómo interviene la química en los colores de tus útiles escolares?</w:t>
      </w:r>
    </w:p>
    <w:p w:rsidR="003D3D4B" w:rsidRPr="0055097F" w:rsidRDefault="0055097F">
      <w:pPr>
        <w:pStyle w:val="Ttulo3"/>
        <w:rPr>
          <w:lang w:val="es-AR"/>
        </w:rPr>
      </w:pPr>
      <w:r w:rsidRPr="0055097F">
        <w:rPr>
          <w:lang w:val="es-AR"/>
        </w:rPr>
        <w:t>Ejercicio 10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>Completa: 'La química me sorprende cuando…'.</w:t>
      </w:r>
    </w:p>
    <w:p w:rsidR="003D3D4B" w:rsidRDefault="0055097F">
      <w:pPr>
        <w:pStyle w:val="Ttulo2"/>
      </w:pPr>
      <w:r>
        <w:t>📌</w:t>
      </w:r>
      <w:r>
        <w:t xml:space="preserve"> Conclusión</w:t>
      </w:r>
    </w:p>
    <w:p w:rsidR="003D3D4B" w:rsidRPr="0055097F" w:rsidRDefault="0055097F">
      <w:pPr>
        <w:rPr>
          <w:lang w:val="es-AR"/>
        </w:rPr>
      </w:pPr>
      <w:r w:rsidRPr="0055097F">
        <w:rPr>
          <w:lang w:val="es-AR"/>
        </w:rPr>
        <w:t xml:space="preserve">La química </w:t>
      </w:r>
      <w:r w:rsidRPr="0055097F">
        <w:rPr>
          <w:lang w:val="es-AR"/>
        </w:rPr>
        <w:t>en la vida diaria es una herramienta para comprender que la ciencia está en todo lo que hacemos: cocinar, limpiar, respirar, curarnos y hasta jugar. Enseñar a los alumnos estos ejemplos les permite ver la química como algo cercano, útil y fascinante.</w:t>
      </w:r>
    </w:p>
    <w:sectPr w:rsidR="003D3D4B" w:rsidRPr="0055097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D3D4B"/>
    <w:rsid w:val="0055097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77C7C807-B0FF-4178-B189-24F381198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uesto">
    <w:name w:val="Title"/>
    <w:basedOn w:val="Normal"/>
    <w:next w:val="Normal"/>
    <w:link w:val="Puest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347B042-11A1-45A6-8C65-7FE81EA79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392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2547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Diego</cp:lastModifiedBy>
  <cp:revision>3</cp:revision>
  <dcterms:created xsi:type="dcterms:W3CDTF">2013-12-23T23:15:00Z</dcterms:created>
  <dcterms:modified xsi:type="dcterms:W3CDTF">2025-09-29T20:48:00Z</dcterms:modified>
  <cp:category/>
</cp:coreProperties>
</file>