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361" w:rsidRPr="00D75241" w:rsidRDefault="00D75241">
      <w:pPr>
        <w:pStyle w:val="Ttulo1"/>
        <w:rPr>
          <w:lang w:val="es-AR"/>
        </w:rPr>
      </w:pPr>
      <w:r>
        <w:t>🗞</w:t>
      </w:r>
      <w:r>
        <w:t>️</w:t>
      </w:r>
      <w:r w:rsidRPr="00D75241">
        <w:rPr>
          <w:lang w:val="es-AR"/>
        </w:rPr>
        <w:t xml:space="preserve"> Actividades para trabajar la noticia en primaria</w:t>
      </w:r>
    </w:p>
    <w:p w:rsidR="00F17361" w:rsidRPr="00D75241" w:rsidRDefault="00D75241">
      <w:pPr>
        <w:pStyle w:val="Ttulo2"/>
        <w:rPr>
          <w:lang w:val="es-AR"/>
        </w:rPr>
      </w:pPr>
      <w:r>
        <w:t>📖</w:t>
      </w:r>
      <w:r w:rsidRPr="00D75241">
        <w:rPr>
          <w:lang w:val="es-AR"/>
        </w:rPr>
        <w:t xml:space="preserve"> Teoría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 xml:space="preserve">La noticia es un tipo de texto informativo que tiene como objetivo comunicar hechos reales, actuales y de interés general. Forma parte del género periodístico y aparece en diarios, revistas, </w:t>
      </w:r>
      <w:r w:rsidRPr="00D75241">
        <w:rPr>
          <w:lang w:val="es-AR"/>
        </w:rPr>
        <w:t>noticieros, radios o sitios web. En la escuela, trabajar con noticias ayuda a los alumnos a desarrollar la comprensión lectora, el pensamiento crítico y la capacidad de expresión escrita y oral.</w:t>
      </w:r>
      <w:r w:rsidRPr="00D75241">
        <w:rPr>
          <w:lang w:val="es-AR"/>
        </w:rPr>
        <w:br/>
      </w:r>
      <w:r w:rsidRPr="00D75241">
        <w:rPr>
          <w:lang w:val="es-AR"/>
        </w:rPr>
        <w:br/>
        <w:t>Una noticia responde a seis preguntas básicas, conocidas com</w:t>
      </w:r>
      <w:r w:rsidRPr="00D75241">
        <w:rPr>
          <w:lang w:val="es-AR"/>
        </w:rPr>
        <w:t>o las 6W del periodismo:</w:t>
      </w:r>
      <w:r w:rsidRPr="00D75241">
        <w:rPr>
          <w:lang w:val="es-AR"/>
        </w:rPr>
        <w:br/>
        <w:t>1. ¿Qué? → ¿Qué pasó?</w:t>
      </w:r>
      <w:r w:rsidRPr="00D75241">
        <w:rPr>
          <w:lang w:val="es-AR"/>
        </w:rPr>
        <w:br/>
        <w:t>2. ¿Quién? → ¿Quiénes participaron?</w:t>
      </w:r>
      <w:r w:rsidRPr="00D75241">
        <w:rPr>
          <w:lang w:val="es-AR"/>
        </w:rPr>
        <w:br/>
        <w:t>3. ¿Cuándo? → ¿Cuándo ocurrió el hecho?</w:t>
      </w:r>
      <w:r w:rsidRPr="00D75241">
        <w:rPr>
          <w:lang w:val="es-AR"/>
        </w:rPr>
        <w:br/>
        <w:t>4. ¿Dónde? → ¿Dónde sucedió?</w:t>
      </w:r>
      <w:r w:rsidRPr="00D75241">
        <w:rPr>
          <w:lang w:val="es-AR"/>
        </w:rPr>
        <w:br/>
        <w:t>5. ¿Cómo? → ¿Cómo se desarrollaron los hechos?</w:t>
      </w:r>
      <w:r w:rsidRPr="00D75241">
        <w:rPr>
          <w:lang w:val="es-AR"/>
        </w:rPr>
        <w:br/>
        <w:t>6. ¿Por qué? → ¿Por qué ocurrió?</w:t>
      </w:r>
      <w:r w:rsidRPr="00D75241">
        <w:rPr>
          <w:lang w:val="es-AR"/>
        </w:rPr>
        <w:br/>
      </w:r>
      <w:r w:rsidRPr="00D75241">
        <w:rPr>
          <w:lang w:val="es-AR"/>
        </w:rPr>
        <w:br/>
        <w:t>Estructura de una notic</w:t>
      </w:r>
      <w:r w:rsidRPr="00D75241">
        <w:rPr>
          <w:lang w:val="es-AR"/>
        </w:rPr>
        <w:t>ia:</w:t>
      </w:r>
      <w:r w:rsidRPr="00D75241">
        <w:rPr>
          <w:lang w:val="es-AR"/>
        </w:rPr>
        <w:br/>
        <w:t>1. Título: breve y atractivo, resume la información principal.</w:t>
      </w:r>
      <w:r w:rsidRPr="00D75241">
        <w:rPr>
          <w:lang w:val="es-AR"/>
        </w:rPr>
        <w:br/>
        <w:t>2. Copete o bajada: amplía el título con un resumen de lo más importante.</w:t>
      </w:r>
      <w:r w:rsidRPr="00D75241">
        <w:rPr>
          <w:lang w:val="es-AR"/>
        </w:rPr>
        <w:br/>
        <w:t>3. Cuerpo: desarrolla el hecho con datos, detalles y declaraciones.</w:t>
      </w:r>
      <w:r w:rsidRPr="00D75241">
        <w:rPr>
          <w:lang w:val="es-AR"/>
        </w:rPr>
        <w:br/>
      </w:r>
      <w:r w:rsidRPr="00D75241">
        <w:rPr>
          <w:lang w:val="es-AR"/>
        </w:rPr>
        <w:br/>
        <w:t>Ejemplo:</w:t>
      </w:r>
      <w:r w:rsidRPr="00D75241">
        <w:rPr>
          <w:lang w:val="es-AR"/>
        </w:rPr>
        <w:br/>
        <w:t>Título: Los alumnos de 5° grado plant</w:t>
      </w:r>
      <w:r w:rsidRPr="00D75241">
        <w:rPr>
          <w:lang w:val="es-AR"/>
        </w:rPr>
        <w:t>aron árboles en la plaza del barrio.</w:t>
      </w:r>
      <w:r w:rsidRPr="00D75241">
        <w:rPr>
          <w:lang w:val="es-AR"/>
        </w:rPr>
        <w:br/>
        <w:t>Copete: En el marco del Día del Medio Ambiente, los estudiantes participaron en una jornada ecológica junto a sus familias.</w:t>
      </w:r>
      <w:r w:rsidRPr="00D75241">
        <w:rPr>
          <w:lang w:val="es-AR"/>
        </w:rPr>
        <w:br/>
        <w:t xml:space="preserve">Cuerpo: El viernes pasado, los alumnos de la Escuela N° 12 se reunieron para plantar más de 30 </w:t>
      </w:r>
      <w:r w:rsidRPr="00D75241">
        <w:rPr>
          <w:lang w:val="es-AR"/>
        </w:rPr>
        <w:t>árboles en la Plaza San Martín. Los chicos aprendieron sobre el cuidado del ambiente y la importancia de las especies nativas.</w:t>
      </w:r>
    </w:p>
    <w:p w:rsidR="00F17361" w:rsidRPr="00D75241" w:rsidRDefault="00D75241">
      <w:pPr>
        <w:pStyle w:val="Ttulo2"/>
        <w:rPr>
          <w:lang w:val="es-AR"/>
        </w:rPr>
      </w:pPr>
      <w:r>
        <w:t>🧠</w:t>
      </w:r>
      <w:r w:rsidRPr="00D75241">
        <w:rPr>
          <w:lang w:val="es-AR"/>
        </w:rPr>
        <w:t xml:space="preserve"> </w:t>
      </w:r>
      <w:r>
        <w:rPr>
          <w:lang w:val="es-AR"/>
        </w:rPr>
        <w:t>Actividades</w:t>
      </w:r>
      <w:bookmarkStart w:id="0" w:name="_GoBack"/>
      <w:bookmarkEnd w:id="0"/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- Visual: Leer titulares en clase y analizar imágenes de periódicos o noticias digitales.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- Auditivo: Escuchar fra</w:t>
      </w:r>
      <w:r w:rsidRPr="00D75241">
        <w:rPr>
          <w:lang w:val="es-AR"/>
        </w:rPr>
        <w:t>gmentos de noticieros o podcasts escolares.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- Kinestésico: Escribir, recortar y armar su propio diario mural o boletín de aula.</w:t>
      </w:r>
    </w:p>
    <w:p w:rsidR="00F17361" w:rsidRPr="00D75241" w:rsidRDefault="00D75241">
      <w:pPr>
        <w:pStyle w:val="Ttulo2"/>
        <w:rPr>
          <w:lang w:val="es-AR"/>
        </w:rPr>
      </w:pPr>
      <w:r>
        <w:t>📝</w:t>
      </w:r>
      <w:r w:rsidRPr="00D75241">
        <w:rPr>
          <w:lang w:val="es-AR"/>
        </w:rPr>
        <w:t xml:space="preserve"> Actividades prácticas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 xml:space="preserve">1. Leer una noticia del diario local y subrayar las seis preguntas básicas (Qué, Quién, Cuándo, Dónde, </w:t>
      </w:r>
      <w:r w:rsidRPr="00D75241">
        <w:rPr>
          <w:lang w:val="es-AR"/>
        </w:rPr>
        <w:t>Cómo, Por qué).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2. Recortar una noticia y pegarla en el cuaderno, señalando su título, copete y cuerpo.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lastRenderedPageBreak/>
        <w:t>3. Crear una noticia sobre algo ocurrido en la escuela.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4. Escuchar un fragmento de un noticiero escolar y responder preguntas de comprensión.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5. Diseña</w:t>
      </w:r>
      <w:r w:rsidRPr="00D75241">
        <w:rPr>
          <w:lang w:val="es-AR"/>
        </w:rPr>
        <w:t>r un titular llamativo para una noticia inventada.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6. Armar un mural con las “noticias del mes” del aula.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7. Escribir una noticia sobre un suceso positivo en la comunidad (por ejemplo, una feria o festival).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8. Comparar dos noticias distintas sobre un mism</w:t>
      </w:r>
      <w:r w:rsidRPr="00D75241">
        <w:rPr>
          <w:lang w:val="es-AR"/>
        </w:rPr>
        <w:t>o tema y analizar cómo cambian los titulares.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9. Hacer una entrevista ficticia a un compañero como si fuera un periodista.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10. Crear un boletín escolar digital o en cartulina con las noticias del curso.</w:t>
      </w:r>
    </w:p>
    <w:p w:rsidR="00F17361" w:rsidRDefault="00D75241">
      <w:pPr>
        <w:pStyle w:val="Ttulo2"/>
      </w:pPr>
      <w:r>
        <w:t>📌</w:t>
      </w:r>
      <w:r>
        <w:t xml:space="preserve"> Conclusión</w:t>
      </w:r>
    </w:p>
    <w:p w:rsidR="00F17361" w:rsidRPr="00D75241" w:rsidRDefault="00D75241">
      <w:pPr>
        <w:rPr>
          <w:lang w:val="es-AR"/>
        </w:rPr>
      </w:pPr>
      <w:r w:rsidRPr="00D75241">
        <w:rPr>
          <w:lang w:val="es-AR"/>
        </w:rPr>
        <w:t>Trabajar la noticia en primaria fomenta</w:t>
      </w:r>
      <w:r w:rsidRPr="00D75241">
        <w:rPr>
          <w:lang w:val="es-AR"/>
        </w:rPr>
        <w:t xml:space="preserve"> el pensamiento crítico, la comunicación efectiva y el trabajo en equipo. Además, permite que los alumnos se acerquen al mundo actual, aprendan a identificar información relevante y desarrollen su propia voz como comunicadores.</w:t>
      </w:r>
    </w:p>
    <w:sectPr w:rsidR="00F17361" w:rsidRPr="00D752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75241"/>
    <w:rsid w:val="00F1736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0FE742E0-1378-4548-A287-4B89E25D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E425648-1B7B-4378-9156-308AF65FE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2781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</cp:lastModifiedBy>
  <cp:revision>2</cp:revision>
  <dcterms:created xsi:type="dcterms:W3CDTF">2013-12-23T23:15:00Z</dcterms:created>
  <dcterms:modified xsi:type="dcterms:W3CDTF">2025-10-07T16:56:00Z</dcterms:modified>
  <cp:category/>
</cp:coreProperties>
</file>