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434" w:rsidRPr="00E71B50" w:rsidRDefault="00E71B50">
      <w:pPr>
        <w:pStyle w:val="Ttulo1"/>
        <w:rPr>
          <w:lang w:val="es-AR"/>
        </w:rPr>
      </w:pPr>
      <w:r>
        <w:t>📚</w:t>
      </w:r>
      <w:r w:rsidRPr="00E71B50">
        <w:rPr>
          <w:lang w:val="es-AR"/>
        </w:rPr>
        <w:t xml:space="preserve"> Adverbios para Primaria</w:t>
      </w:r>
    </w:p>
    <w:p w:rsidR="001D7434" w:rsidRPr="00E71B50" w:rsidRDefault="00E71B50">
      <w:pPr>
        <w:pStyle w:val="Ttulo2"/>
        <w:rPr>
          <w:lang w:val="es-AR"/>
        </w:rPr>
      </w:pPr>
      <w:r>
        <w:t>📖</w:t>
      </w:r>
      <w:r w:rsidRPr="00E71B50">
        <w:rPr>
          <w:lang w:val="es-AR"/>
        </w:rPr>
        <w:t xml:space="preserve"> Teoría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Los adverbios son palabras que usamos para acompañar a los verbos, adjetivos u otros adverbios y nos dan más información sobre cómo, cuándo, dónde o con qué intensidad ocurre una acción.</w:t>
      </w:r>
      <w:r w:rsidRPr="00E71B50">
        <w:rPr>
          <w:lang w:val="es-AR"/>
        </w:rPr>
        <w:br/>
      </w:r>
      <w:r w:rsidRPr="00E71B50">
        <w:rPr>
          <w:lang w:val="es-AR"/>
        </w:rPr>
        <w:br/>
        <w:t>Ejemplo:</w:t>
      </w:r>
      <w:r w:rsidRPr="00E71B50">
        <w:rPr>
          <w:lang w:val="es-AR"/>
        </w:rPr>
        <w:br/>
        <w:t xml:space="preserve">- “María corre </w:t>
      </w:r>
      <w:r w:rsidRPr="00E71B50">
        <w:rPr>
          <w:lang w:val="es-AR"/>
        </w:rPr>
        <w:t>rápidamente.” → El adverbio rápidamente nos dice cómo corre María.</w:t>
      </w:r>
      <w:r w:rsidRPr="00E71B50">
        <w:rPr>
          <w:lang w:val="es-AR"/>
        </w:rPr>
        <w:br/>
        <w:t>- “El perro duerme aquí.” → El adverbio aquí nos indica dónde duerme.</w:t>
      </w:r>
      <w:r w:rsidRPr="00E71B50">
        <w:rPr>
          <w:lang w:val="es-AR"/>
        </w:rPr>
        <w:br/>
        <w:t>- “Llegaremos mañana.” → El adverbio mañana nos dice cuándo.</w:t>
      </w:r>
      <w:r w:rsidRPr="00E71B50">
        <w:rPr>
          <w:lang w:val="es-AR"/>
        </w:rPr>
        <w:br/>
      </w:r>
      <w:r w:rsidRPr="00E71B50">
        <w:rPr>
          <w:lang w:val="es-AR"/>
        </w:rPr>
        <w:br/>
        <w:t>Tipos de adverbios más comunes:</w:t>
      </w:r>
      <w:r w:rsidRPr="00E71B50">
        <w:rPr>
          <w:lang w:val="es-AR"/>
        </w:rPr>
        <w:br/>
        <w:t>1. Adverbios de lugar: aq</w:t>
      </w:r>
      <w:r w:rsidRPr="00E71B50">
        <w:rPr>
          <w:lang w:val="es-AR"/>
        </w:rPr>
        <w:t>uí, allí, cerca, lejos, dentro, fuera.</w:t>
      </w:r>
      <w:r w:rsidRPr="00E71B50">
        <w:rPr>
          <w:lang w:val="es-AR"/>
        </w:rPr>
        <w:br/>
        <w:t>2. Adverbios de tiempo: hoy, mañana, siempre, nunca, ahora, antes.</w:t>
      </w:r>
      <w:r w:rsidRPr="00E71B50">
        <w:rPr>
          <w:lang w:val="es-AR"/>
        </w:rPr>
        <w:br/>
        <w:t>3. Adverbios de modo: bien, mal, despacio, rápido, fácilmente.</w:t>
      </w:r>
      <w:r w:rsidRPr="00E71B50">
        <w:rPr>
          <w:lang w:val="es-AR"/>
        </w:rPr>
        <w:br/>
        <w:t>4. Adverbios de cantidad: mucho, poco, demasiado, bastante, nada.</w:t>
      </w:r>
      <w:r w:rsidRPr="00E71B50">
        <w:rPr>
          <w:lang w:val="es-AR"/>
        </w:rPr>
        <w:br/>
        <w:t>5. Adverbios de afirm</w:t>
      </w:r>
      <w:r w:rsidRPr="00E71B50">
        <w:rPr>
          <w:lang w:val="es-AR"/>
        </w:rPr>
        <w:t>ación: sí, también, claro, efectivamente.</w:t>
      </w:r>
      <w:r w:rsidRPr="00E71B50">
        <w:rPr>
          <w:lang w:val="es-AR"/>
        </w:rPr>
        <w:br/>
        <w:t>6. Adverbios de negación: no, nunca, jamás.</w:t>
      </w:r>
      <w:r w:rsidRPr="00E71B50">
        <w:rPr>
          <w:lang w:val="es-AR"/>
        </w:rPr>
        <w:br/>
        <w:t>7. Adverbios de duda: quizá, tal vez, probablemente.</w:t>
      </w:r>
      <w:r w:rsidRPr="00E71B50">
        <w:rPr>
          <w:lang w:val="es-AR"/>
        </w:rPr>
        <w:br/>
      </w:r>
      <w:r w:rsidRPr="00E71B50">
        <w:rPr>
          <w:lang w:val="es-AR"/>
        </w:rPr>
        <w:br/>
        <w:t xml:space="preserve">Los adverbios son muy útiles porque enriquecen nuestro lenguaje y hacen que nuestras oraciones sean más completas y </w:t>
      </w:r>
      <w:r w:rsidRPr="00E71B50">
        <w:rPr>
          <w:lang w:val="es-AR"/>
        </w:rPr>
        <w:t>expresivas.</w:t>
      </w:r>
    </w:p>
    <w:p w:rsidR="001D7434" w:rsidRPr="00E71B50" w:rsidRDefault="00E71B50">
      <w:pPr>
        <w:pStyle w:val="Ttulo2"/>
        <w:rPr>
          <w:lang w:val="es-AR"/>
        </w:rPr>
      </w:pPr>
      <w:bookmarkStart w:id="0" w:name="_GoBack"/>
      <w:bookmarkEnd w:id="0"/>
      <w:r w:rsidRPr="00E71B50">
        <w:rPr>
          <w:lang w:val="es-AR"/>
        </w:rPr>
        <w:t>✏</w:t>
      </w:r>
      <w:r>
        <w:t>️</w:t>
      </w:r>
      <w:r w:rsidRPr="00E71B50">
        <w:rPr>
          <w:lang w:val="es-AR"/>
        </w:rPr>
        <w:t xml:space="preserve"> Ejercicios prácticos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1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Subraya el adverbio en la oración: “Pedro llegó temprano</w:t>
      </w:r>
      <w:r w:rsidRPr="00E71B50">
        <w:rPr>
          <w:lang w:val="es-AR"/>
        </w:rPr>
        <w:t xml:space="preserve"> a clase.”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2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¿Qué tipo de adverbio es en: “Mi gato duerme dentro de la caja”?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3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Escribe 3 oraciones usando adverbios de lugar.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4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Completa: “El niño canta _______ (adverbio de modo).”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5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Encuentra el adverbio: “Nos ver</w:t>
      </w:r>
      <w:r w:rsidRPr="00E71B50">
        <w:rPr>
          <w:lang w:val="es-AR"/>
        </w:rPr>
        <w:t>emos mañana en el parque.”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6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¿Qué tipo de adverbio es “probablemente” en la oración: “Probablemente lloverá mañana”?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lastRenderedPageBreak/>
        <w:t>Ejercicio 7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Escribe una oración con un adverbio de negación.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8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Escribe una oración con un adverbio de cantidad.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</w:t>
      </w:r>
      <w:r w:rsidRPr="00E71B50">
        <w:rPr>
          <w:lang w:val="es-AR"/>
        </w:rPr>
        <w:t>io 9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Reemplaza el adverbio en la frase: “Corrió rápidamente” por otro que cambie el sentido.</w:t>
      </w:r>
    </w:p>
    <w:p w:rsidR="001D7434" w:rsidRPr="00E71B50" w:rsidRDefault="00E71B50">
      <w:pPr>
        <w:pStyle w:val="Ttulo3"/>
        <w:rPr>
          <w:lang w:val="es-AR"/>
        </w:rPr>
      </w:pPr>
      <w:r w:rsidRPr="00E71B50">
        <w:rPr>
          <w:lang w:val="es-AR"/>
        </w:rPr>
        <w:t>Ejercicio 10</w:t>
      </w:r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Clasifica: aquí, nunca, despacio, mucho → según su tipo de adverbio.</w:t>
      </w:r>
    </w:p>
    <w:p w:rsidR="001D7434" w:rsidRDefault="00E71B50">
      <w:pPr>
        <w:pStyle w:val="Ttulo2"/>
      </w:pPr>
      <w:r>
        <w:t>📌</w:t>
      </w:r>
      <w:r>
        <w:t xml:space="preserve"> </w:t>
      </w:r>
      <w:proofErr w:type="spellStart"/>
      <w:r>
        <w:t>Conclusión</w:t>
      </w:r>
      <w:proofErr w:type="spellEnd"/>
    </w:p>
    <w:p w:rsidR="001D7434" w:rsidRPr="00E71B50" w:rsidRDefault="00E71B50">
      <w:pPr>
        <w:rPr>
          <w:lang w:val="es-AR"/>
        </w:rPr>
      </w:pPr>
      <w:r w:rsidRPr="00E71B50">
        <w:rPr>
          <w:lang w:val="es-AR"/>
        </w:rPr>
        <w:t>Los adverbios son palabras pequeñas pero muy importantes en nuestro</w:t>
      </w:r>
      <w:r w:rsidRPr="00E71B50">
        <w:rPr>
          <w:lang w:val="es-AR"/>
        </w:rPr>
        <w:t xml:space="preserve"> idioma, porque nos ayudan a dar más detalles sobre las acciones y a expresarnos mejor. Conocer sus tipos y usarlos correctamente mejora la comprensión lectora y la escritura de los alumnos.</w:t>
      </w:r>
    </w:p>
    <w:sectPr w:rsidR="001D7434" w:rsidRPr="00E71B5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D7434"/>
    <w:rsid w:val="0029639D"/>
    <w:rsid w:val="00326F90"/>
    <w:rsid w:val="00AA1D8D"/>
    <w:rsid w:val="00B47730"/>
    <w:rsid w:val="00CB0664"/>
    <w:rsid w:val="00E71B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1341090C-751E-4431-93C5-590C61130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74D198-AE3D-4B00-87BA-B2B68FD76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320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2076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Diego</cp:lastModifiedBy>
  <cp:revision>3</cp:revision>
  <dcterms:created xsi:type="dcterms:W3CDTF">2013-12-23T23:15:00Z</dcterms:created>
  <dcterms:modified xsi:type="dcterms:W3CDTF">2025-10-01T20:26:00Z</dcterms:modified>
  <cp:category/>
</cp:coreProperties>
</file>