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651" w:rsidRPr="000F77C3" w:rsidRDefault="000F77C3">
      <w:pPr>
        <w:pStyle w:val="Ttulo1"/>
        <w:rPr>
          <w:lang w:val="es-AR"/>
        </w:rPr>
      </w:pPr>
      <w:r>
        <w:t>📚</w:t>
      </w:r>
      <w:r w:rsidRPr="000F77C3">
        <w:rPr>
          <w:lang w:val="es-AR"/>
        </w:rPr>
        <w:t xml:space="preserve"> Fábula</w:t>
      </w:r>
    </w:p>
    <w:p w:rsidR="00D81651" w:rsidRPr="000F77C3" w:rsidRDefault="000F77C3">
      <w:pPr>
        <w:pStyle w:val="Ttulo2"/>
        <w:rPr>
          <w:lang w:val="es-AR"/>
        </w:rPr>
      </w:pPr>
      <w:r>
        <w:t>📖</w:t>
      </w:r>
      <w:r w:rsidRPr="000F77C3">
        <w:rPr>
          <w:lang w:val="es-AR"/>
        </w:rPr>
        <w:t xml:space="preserve"> Teoría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 xml:space="preserve">Una fábula es un relato breve, generalmente en prosa o en verso, que tiene como objetivo transmitir una enseñanza o moraleja. En la mayoría de las fábulas, los protagonistas son animales que hablan, piensan y actúan como personas, lo </w:t>
      </w:r>
      <w:r w:rsidRPr="000F77C3">
        <w:rPr>
          <w:lang w:val="es-AR"/>
        </w:rPr>
        <w:t>que se conoce como personificación o prosopopeya.</w:t>
      </w:r>
      <w:r w:rsidRPr="000F77C3">
        <w:rPr>
          <w:lang w:val="es-AR"/>
        </w:rPr>
        <w:br/>
      </w:r>
      <w:r w:rsidRPr="000F77C3">
        <w:rPr>
          <w:lang w:val="es-AR"/>
        </w:rPr>
        <w:br/>
        <w:t>Las fábulas existen desde tiempos antiguos y se han transmitido oralmente de generación en generación. Su origen se remonta a la Grecia clásica, con autores como Esopo, y más tarde fueron difundidas por es</w:t>
      </w:r>
      <w:r w:rsidRPr="000F77C3">
        <w:rPr>
          <w:lang w:val="es-AR"/>
        </w:rPr>
        <w:t>critores como Jean de La Fontaine o Félix María de Samaniego en el mundo hispano.</w:t>
      </w:r>
    </w:p>
    <w:p w:rsidR="00D81651" w:rsidRPr="000F77C3" w:rsidRDefault="000F77C3">
      <w:pPr>
        <w:pStyle w:val="Ttulo2"/>
        <w:rPr>
          <w:lang w:val="es-AR"/>
        </w:rPr>
      </w:pPr>
      <w:r>
        <w:t>🌿</w:t>
      </w:r>
      <w:r w:rsidRPr="000F77C3">
        <w:rPr>
          <w:lang w:val="es-AR"/>
        </w:rPr>
        <w:t xml:space="preserve"> Características principales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1. Brevedad: suelen ser relatos cortos y fáciles de recordar.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2. Personificación: los animales representan comportamientos humanos.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3. Intenció</w:t>
      </w:r>
      <w:r w:rsidRPr="000F77C3">
        <w:rPr>
          <w:lang w:val="es-AR"/>
        </w:rPr>
        <w:t>n moral: buscan enseñar valores, como la honestidad o el respeto.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4. Narración sencilla: usan un lenguaje claro y accesible.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5. Moraleja final: la enseñanza o mensaje se presenta al final del texto.</w:t>
      </w:r>
    </w:p>
    <w:p w:rsidR="00D81651" w:rsidRPr="000F77C3" w:rsidRDefault="000F77C3">
      <w:pPr>
        <w:pStyle w:val="Ttulo2"/>
        <w:rPr>
          <w:lang w:val="es-AR"/>
        </w:rPr>
      </w:pPr>
      <w:r>
        <w:t>📜</w:t>
      </w:r>
      <w:r w:rsidRPr="000F77C3">
        <w:rPr>
          <w:lang w:val="es-AR"/>
        </w:rPr>
        <w:t xml:space="preserve"> Estructura de una fábula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1. Introducción: se presentan</w:t>
      </w:r>
      <w:r w:rsidRPr="000F77C3">
        <w:rPr>
          <w:lang w:val="es-AR"/>
        </w:rPr>
        <w:t xml:space="preserve"> los personajes y el contexto.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2. Nudo: ocurre el conflicto o problema principal.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3. Desenlace: se resuelve la situación y se extrae la moraleja.</w:t>
      </w:r>
    </w:p>
    <w:p w:rsidR="00D81651" w:rsidRPr="000F77C3" w:rsidRDefault="000F77C3">
      <w:pPr>
        <w:pStyle w:val="Ttulo2"/>
        <w:rPr>
          <w:lang w:val="es-AR"/>
        </w:rPr>
      </w:pPr>
      <w:r>
        <w:t>🌟</w:t>
      </w:r>
      <w:r w:rsidRPr="000F77C3">
        <w:rPr>
          <w:lang w:val="es-AR"/>
        </w:rPr>
        <w:t xml:space="preserve"> Ejemplo clásico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“La liebre y la tortuga” – Esopo</w:t>
      </w:r>
      <w:r w:rsidRPr="000F77C3">
        <w:rPr>
          <w:lang w:val="es-AR"/>
        </w:rPr>
        <w:br/>
      </w:r>
      <w:r w:rsidRPr="000F77C3">
        <w:rPr>
          <w:lang w:val="es-AR"/>
        </w:rPr>
        <w:br/>
        <w:t>Una liebre se burlaba de la lentitud de una tortuga. La t</w:t>
      </w:r>
      <w:r w:rsidRPr="000F77C3">
        <w:rPr>
          <w:lang w:val="es-AR"/>
        </w:rPr>
        <w:t>ortuga la desafió a una carrera. La liebre, confiada, se detuvo a descansar, mientras la tortuga avanzó sin detenerse. Cuando la liebre despertó, la tortuga ya había cruzado la meta.</w:t>
      </w:r>
      <w:r w:rsidRPr="000F77C3">
        <w:rPr>
          <w:lang w:val="es-AR"/>
        </w:rPr>
        <w:br/>
      </w:r>
      <w:r w:rsidRPr="000F77C3">
        <w:rPr>
          <w:lang w:val="es-AR"/>
        </w:rPr>
        <w:br/>
        <w:t>Moraleja: la constancia y el esfuerzo valen más que la velocidad.</w:t>
      </w:r>
    </w:p>
    <w:p w:rsidR="00D81651" w:rsidRPr="000F77C3" w:rsidRDefault="000F77C3">
      <w:pPr>
        <w:pStyle w:val="Ttulo2"/>
        <w:rPr>
          <w:lang w:val="es-AR"/>
        </w:rPr>
      </w:pPr>
      <w:r>
        <w:t>🧠</w:t>
      </w:r>
      <w:r w:rsidRPr="000F77C3">
        <w:rPr>
          <w:lang w:val="es-AR"/>
        </w:rPr>
        <w:t xml:space="preserve"> </w:t>
      </w:r>
      <w:r>
        <w:rPr>
          <w:lang w:val="es-AR"/>
        </w:rPr>
        <w:t>Alternativas de uso en el aula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 xml:space="preserve">- </w:t>
      </w:r>
      <w:r>
        <w:rPr>
          <w:lang w:val="es-AR"/>
        </w:rPr>
        <w:t>L</w:t>
      </w:r>
      <w:r w:rsidRPr="000F77C3">
        <w:rPr>
          <w:lang w:val="es-AR"/>
        </w:rPr>
        <w:t>eer ilustraciones de los personajes.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 xml:space="preserve">- </w:t>
      </w:r>
      <w:r>
        <w:rPr>
          <w:lang w:val="es-AR"/>
        </w:rPr>
        <w:t>N</w:t>
      </w:r>
      <w:r w:rsidRPr="000F77C3">
        <w:rPr>
          <w:lang w:val="es-AR"/>
        </w:rPr>
        <w:t>arrar la fábula en voz alta en clase.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lastRenderedPageBreak/>
        <w:t xml:space="preserve">- </w:t>
      </w:r>
      <w:r>
        <w:rPr>
          <w:lang w:val="es-AR"/>
        </w:rPr>
        <w:t>R</w:t>
      </w:r>
      <w:bookmarkStart w:id="0" w:name="_GoBack"/>
      <w:bookmarkEnd w:id="0"/>
      <w:r w:rsidRPr="000F77C3">
        <w:rPr>
          <w:lang w:val="es-AR"/>
        </w:rPr>
        <w:t>epresentar la fábula con dramatizaciones o títeres.</w:t>
      </w:r>
    </w:p>
    <w:p w:rsidR="00D81651" w:rsidRPr="000F77C3" w:rsidRDefault="000F77C3">
      <w:pPr>
        <w:pStyle w:val="Ttulo2"/>
        <w:rPr>
          <w:lang w:val="es-AR"/>
        </w:rPr>
      </w:pPr>
      <w:r w:rsidRPr="000F77C3">
        <w:rPr>
          <w:lang w:val="es-AR"/>
        </w:rPr>
        <w:t>✏</w:t>
      </w:r>
      <w:r>
        <w:t>️</w:t>
      </w:r>
      <w:r w:rsidRPr="000F77C3">
        <w:rPr>
          <w:lang w:val="es-AR"/>
        </w:rPr>
        <w:t xml:space="preserve"> Ejercicios prácticos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1. Define qué es una fábula.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2. Menciona tres caracterís</w:t>
      </w:r>
      <w:r w:rsidRPr="000F77C3">
        <w:rPr>
          <w:lang w:val="es-AR"/>
        </w:rPr>
        <w:t>ticas de las fábulas.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3. ¿Qué significa “moraleja”?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4. ¿Qué animales son los protagonistas de “La liebre y la tortuga”?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5. Escribe una moraleja que te parezca importante para tu vida.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6. Crea un dibujo que represente la fábula del zorro y las uvas.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7. ¿Por</w:t>
      </w:r>
      <w:r w:rsidRPr="000F77C3">
        <w:rPr>
          <w:lang w:val="es-AR"/>
        </w:rPr>
        <w:t xml:space="preserve"> qué las fábulas son útiles para enseñar valores?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8. Escribe una pequeña fábula inventada por ti (de 4 o 5 líneas).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9. ¿Qué valores enseña la fábula “El león y el ratón”?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>10. Dramatiza una fábula con tus compañeros.</w:t>
      </w:r>
    </w:p>
    <w:p w:rsidR="00D81651" w:rsidRPr="000F77C3" w:rsidRDefault="000F77C3">
      <w:pPr>
        <w:pStyle w:val="Ttulo2"/>
        <w:rPr>
          <w:lang w:val="es-AR"/>
        </w:rPr>
      </w:pPr>
      <w:r>
        <w:t>📌</w:t>
      </w:r>
      <w:r w:rsidRPr="000F77C3">
        <w:rPr>
          <w:lang w:val="es-AR"/>
        </w:rPr>
        <w:t xml:space="preserve"> Conclusión</w:t>
      </w:r>
    </w:p>
    <w:p w:rsidR="00D81651" w:rsidRPr="000F77C3" w:rsidRDefault="000F77C3">
      <w:pPr>
        <w:rPr>
          <w:lang w:val="es-AR"/>
        </w:rPr>
      </w:pPr>
      <w:r w:rsidRPr="000F77C3">
        <w:rPr>
          <w:lang w:val="es-AR"/>
        </w:rPr>
        <w:t xml:space="preserve">Las fábulas son una </w:t>
      </w:r>
      <w:r w:rsidRPr="000F77C3">
        <w:rPr>
          <w:lang w:val="es-AR"/>
        </w:rPr>
        <w:t>herramienta literaria y educativa que enseña valores universales a través de historias breves y atractivas. Su lectura fomenta la reflexión, la empatía y la comprensión moral, siendo un recurso valioso para el aprendizaje en el aula.</w:t>
      </w:r>
    </w:p>
    <w:sectPr w:rsidR="00D81651" w:rsidRPr="000F77C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F77C3"/>
    <w:rsid w:val="0015074B"/>
    <w:rsid w:val="0029639D"/>
    <w:rsid w:val="00326F90"/>
    <w:rsid w:val="00AA1D8D"/>
    <w:rsid w:val="00B47730"/>
    <w:rsid w:val="00CB0664"/>
    <w:rsid w:val="00D8165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F7246599-A485-4A8F-B665-3010FDE7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esto">
    <w:name w:val="Title"/>
    <w:basedOn w:val="Normal"/>
    <w:next w:val="Normal"/>
    <w:link w:val="Puest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238611D-6097-4151-8208-7A6388742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387</Words>
  <Characters>2131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2513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Diego</cp:lastModifiedBy>
  <cp:revision>3</cp:revision>
  <dcterms:created xsi:type="dcterms:W3CDTF">2013-12-23T23:15:00Z</dcterms:created>
  <dcterms:modified xsi:type="dcterms:W3CDTF">2025-10-06T20:56:00Z</dcterms:modified>
  <cp:category/>
</cp:coreProperties>
</file>