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445" w:rsidRPr="00C05B3C" w:rsidRDefault="00C05B3C">
      <w:pPr>
        <w:pStyle w:val="Ttulo1"/>
        <w:rPr>
          <w:lang w:val="es-AR"/>
        </w:rPr>
      </w:pPr>
      <w:r w:rsidRPr="00C05B3C">
        <w:rPr>
          <w:lang w:val="es-AR"/>
        </w:rPr>
        <w:t>Suma y resta de números enteros en la recta numérica – 5</w:t>
      </w:r>
      <w:proofErr w:type="gramStart"/>
      <w:r w:rsidRPr="00C05B3C">
        <w:rPr>
          <w:lang w:val="es-AR"/>
        </w:rPr>
        <w:t>.º</w:t>
      </w:r>
      <w:proofErr w:type="gramEnd"/>
      <w:r w:rsidRPr="00C05B3C">
        <w:rPr>
          <w:lang w:val="es-AR"/>
        </w:rPr>
        <w:t xml:space="preserve"> grado</w:t>
      </w:r>
    </w:p>
    <w:p w:rsidR="00E51445" w:rsidRPr="00C05B3C" w:rsidRDefault="00C05B3C">
      <w:pPr>
        <w:pStyle w:val="Ttulo2"/>
        <w:rPr>
          <w:lang w:val="es-AR"/>
        </w:rPr>
      </w:pPr>
      <w:r>
        <w:t>🧩</w:t>
      </w:r>
      <w:r w:rsidRPr="00C05B3C">
        <w:rPr>
          <w:lang w:val="es-AR"/>
        </w:rPr>
        <w:t xml:space="preserve"> Teoría introductoria para el docente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 xml:space="preserve">Para comenzar a trabajar con números enteros, es importante que los alumnos comprendan que existen números positivos y negativos, y que todos se </w:t>
      </w:r>
      <w:r w:rsidRPr="00C05B3C">
        <w:rPr>
          <w:lang w:val="es-AR"/>
        </w:rPr>
        <w:t>pueden ubicar en una recta numérica. Podés mostrarles una línea horizontal con el número 0 en el centro. A la derecha del 0 se ubican los números positivos (1, 2, 3…), y a la izquierda, los números negativos (–1, –2, –3…).</w:t>
      </w:r>
      <w:r w:rsidRPr="00C05B3C">
        <w:rPr>
          <w:lang w:val="es-AR"/>
        </w:rPr>
        <w:br/>
      </w:r>
      <w:r w:rsidRPr="00C05B3C">
        <w:rPr>
          <w:lang w:val="es-AR"/>
        </w:rPr>
        <w:br/>
        <w:t>Explicales que sumar un número p</w:t>
      </w:r>
      <w:r w:rsidRPr="00C05B3C">
        <w:rPr>
          <w:lang w:val="es-AR"/>
        </w:rPr>
        <w:t>ositivo significa avanzar hacia la derecha en la recta, mientras que restar o sumar un número negativo significa moverse hacia la izquierda. Usá ejemplos con desplazamientos cortos, ayudándote con flechas o pasos imaginarios, para que visualicen cómo cambi</w:t>
      </w:r>
      <w:r w:rsidRPr="00C05B3C">
        <w:rPr>
          <w:lang w:val="es-AR"/>
        </w:rPr>
        <w:t>an los valores.</w:t>
      </w:r>
      <w:r w:rsidRPr="00C05B3C">
        <w:rPr>
          <w:lang w:val="es-AR"/>
        </w:rPr>
        <w:br/>
      </w:r>
      <w:r w:rsidRPr="00C05B3C">
        <w:rPr>
          <w:lang w:val="es-AR"/>
        </w:rPr>
        <w:br/>
        <w:t>Podés comenzar con situaciones cotidianas:</w:t>
      </w:r>
      <w:r w:rsidRPr="00C05B3C">
        <w:rPr>
          <w:lang w:val="es-AR"/>
        </w:rPr>
        <w:br/>
        <w:t>• “Si hace 2 °C y la temperatura sube 3 °C, ahora estamos a 5 °C.”</w:t>
      </w:r>
      <w:r w:rsidRPr="00C05B3C">
        <w:rPr>
          <w:lang w:val="es-AR"/>
        </w:rPr>
        <w:br/>
        <w:t>• “Si tenés 4 pesos y gastás 6, quedás con –2.”</w:t>
      </w:r>
      <w:r w:rsidRPr="00C05B3C">
        <w:rPr>
          <w:lang w:val="es-AR"/>
        </w:rPr>
        <w:br/>
      </w:r>
      <w:r w:rsidRPr="00C05B3C">
        <w:rPr>
          <w:lang w:val="es-AR"/>
        </w:rPr>
        <w:br/>
        <w:t>La clave es que los chicos vean los movimientos en la recta y comprendan el sent</w:t>
      </w:r>
      <w:r w:rsidRPr="00C05B3C">
        <w:rPr>
          <w:lang w:val="es-AR"/>
        </w:rPr>
        <w:t>ido de cada operación.</w:t>
      </w:r>
    </w:p>
    <w:p w:rsidR="00E51445" w:rsidRPr="00C05B3C" w:rsidRDefault="00C05B3C">
      <w:pPr>
        <w:pStyle w:val="Ttulo2"/>
        <w:rPr>
          <w:lang w:val="es-AR"/>
        </w:rPr>
      </w:pPr>
      <w:r w:rsidRPr="00C05B3C">
        <w:rPr>
          <w:lang w:val="es-AR"/>
        </w:rPr>
        <w:t>✏</w:t>
      </w:r>
      <w:r>
        <w:t>️</w:t>
      </w:r>
      <w:r w:rsidRPr="00C05B3C">
        <w:rPr>
          <w:lang w:val="es-AR"/>
        </w:rPr>
        <w:t xml:space="preserve"> Ejercicios prácticos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Ejercicio 1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Ubicá los siguientes números en la recta numérica: –3, –1, 0, 2, 4.</w:t>
      </w:r>
      <w:r w:rsidRPr="00C05B3C">
        <w:rPr>
          <w:lang w:val="es-AR"/>
        </w:rPr>
        <w:br/>
        <w:t>Respuesta: Se ordenan de izquierda a derecha: –3, –1, 0, 2, 4.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Ejercicio 2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Indica hacia dónde te movés en la recta al realizar ca</w:t>
      </w:r>
      <w:r w:rsidRPr="00C05B3C">
        <w:rPr>
          <w:lang w:val="es-AR"/>
        </w:rPr>
        <w:t>da operación:</w:t>
      </w:r>
      <w:r w:rsidRPr="00C05B3C">
        <w:rPr>
          <w:lang w:val="es-AR"/>
        </w:rPr>
        <w:br/>
        <w:t>a) 2 + 3 b) 5 – 4 c) –1 + 2 d) –3 – 2 e) 0 – 5</w:t>
      </w:r>
      <w:r w:rsidRPr="00C05B3C">
        <w:rPr>
          <w:lang w:val="es-AR"/>
        </w:rPr>
        <w:br/>
        <w:t>Respuestas:</w:t>
      </w:r>
      <w:r w:rsidRPr="00C05B3C">
        <w:rPr>
          <w:lang w:val="es-AR"/>
        </w:rPr>
        <w:br/>
        <w:t>a) Derecha b) Izquierda c) Derecha d) Izquierda e) Izquierda.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Ejercicio 3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Realizá las sumas y mostrálas en la recta numérica (5 ejemplos):</w:t>
      </w:r>
      <w:r w:rsidRPr="00C05B3C">
        <w:rPr>
          <w:lang w:val="es-AR"/>
        </w:rPr>
        <w:br/>
        <w:t>a) 2 + 3 b) –1 + 4 c) –3 + 2 d) –2 + (–1) e)</w:t>
      </w:r>
      <w:r w:rsidRPr="00C05B3C">
        <w:rPr>
          <w:lang w:val="es-AR"/>
        </w:rPr>
        <w:t xml:space="preserve"> 0 + (–5)</w:t>
      </w:r>
      <w:r w:rsidRPr="00C05B3C">
        <w:rPr>
          <w:lang w:val="es-AR"/>
        </w:rPr>
        <w:br/>
        <w:t>Respuestas:</w:t>
      </w:r>
      <w:r w:rsidRPr="00C05B3C">
        <w:rPr>
          <w:lang w:val="es-AR"/>
        </w:rPr>
        <w:br/>
        <w:t>a) 5 b) 3 c) –1 d) –3 e) –5.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Ejercicio 4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Resolvé las siguientes restas representando los saltos en la recta (5 ejemplos):</w:t>
      </w:r>
      <w:r w:rsidRPr="00C05B3C">
        <w:rPr>
          <w:lang w:val="es-AR"/>
        </w:rPr>
        <w:br/>
        <w:t>a) 4 – 2 b) 0 – 3 c) –2 – 3 d) –4 – (–2) e) 3 – (–1)</w:t>
      </w:r>
      <w:r w:rsidRPr="00C05B3C">
        <w:rPr>
          <w:lang w:val="es-AR"/>
        </w:rPr>
        <w:br/>
      </w:r>
      <w:r w:rsidRPr="00C05B3C">
        <w:rPr>
          <w:lang w:val="es-AR"/>
        </w:rPr>
        <w:lastRenderedPageBreak/>
        <w:t>Respuestas:</w:t>
      </w:r>
      <w:r w:rsidRPr="00C05B3C">
        <w:rPr>
          <w:lang w:val="es-AR"/>
        </w:rPr>
        <w:br/>
        <w:t>a) 2 b) –3 c) –5 d) –2 e) 4.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Ejercicio 5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Comple</w:t>
      </w:r>
      <w:r w:rsidRPr="00C05B3C">
        <w:rPr>
          <w:lang w:val="es-AR"/>
        </w:rPr>
        <w:t>tá:</w:t>
      </w:r>
      <w:r w:rsidRPr="00C05B3C">
        <w:rPr>
          <w:lang w:val="es-AR"/>
        </w:rPr>
        <w:br/>
        <w:t>a) Si me muevo 4 lugares a la derecha desde –3, llego a ___</w:t>
      </w:r>
      <w:r w:rsidRPr="00C05B3C">
        <w:rPr>
          <w:lang w:val="es-AR"/>
        </w:rPr>
        <w:br/>
        <w:t>b) Si desde 2 avanzo 3 más, llego a ___</w:t>
      </w:r>
      <w:r w:rsidRPr="00C05B3C">
        <w:rPr>
          <w:lang w:val="es-AR"/>
        </w:rPr>
        <w:br/>
        <w:t>c) Si desde 1 retrocedo 5 lugares, llego a ___</w:t>
      </w:r>
      <w:r w:rsidRPr="00C05B3C">
        <w:rPr>
          <w:lang w:val="es-AR"/>
        </w:rPr>
        <w:br/>
        <w:t>d) Si desde –2 retrocedo 3 lugares, llego a ___</w:t>
      </w:r>
      <w:r w:rsidRPr="00C05B3C">
        <w:rPr>
          <w:lang w:val="es-AR"/>
        </w:rPr>
        <w:br/>
        <w:t>e) Si desde –4 avanzo 6 lugares, llego a ___</w:t>
      </w:r>
      <w:r w:rsidRPr="00C05B3C">
        <w:rPr>
          <w:lang w:val="es-AR"/>
        </w:rPr>
        <w:br/>
        <w:t>Respuestas:</w:t>
      </w:r>
      <w:r w:rsidRPr="00C05B3C">
        <w:rPr>
          <w:lang w:val="es-AR"/>
        </w:rPr>
        <w:br/>
      </w:r>
      <w:r w:rsidRPr="00C05B3C">
        <w:rPr>
          <w:lang w:val="es-AR"/>
        </w:rPr>
        <w:t>a) 1 b) 5 c) –4 d) –5 e) 2.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Ejercicio 6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Relacioná cada situación con la operación correcta:</w:t>
      </w:r>
      <w:r w:rsidRPr="00C05B3C">
        <w:rPr>
          <w:lang w:val="es-AR"/>
        </w:rPr>
        <w:br/>
        <w:t>1. Subo 5 pisos desde el 2</w:t>
      </w:r>
      <w:proofErr w:type="gramStart"/>
      <w:r w:rsidRPr="00C05B3C">
        <w:rPr>
          <w:lang w:val="es-AR"/>
        </w:rPr>
        <w:t>.º</w:t>
      </w:r>
      <w:proofErr w:type="gramEnd"/>
      <w:r w:rsidRPr="00C05B3C">
        <w:rPr>
          <w:lang w:val="es-AR"/>
        </w:rPr>
        <w:t xml:space="preserve"> subterráneo →</w:t>
      </w:r>
      <w:r w:rsidRPr="00C05B3C">
        <w:rPr>
          <w:lang w:val="es-AR"/>
        </w:rPr>
        <w:br/>
        <w:t>2. Bajo 3 pisos desde el 1</w:t>
      </w:r>
      <w:proofErr w:type="gramStart"/>
      <w:r w:rsidRPr="00C05B3C">
        <w:rPr>
          <w:lang w:val="es-AR"/>
        </w:rPr>
        <w:t>.º</w:t>
      </w:r>
      <w:proofErr w:type="gramEnd"/>
      <w:r w:rsidRPr="00C05B3C">
        <w:rPr>
          <w:lang w:val="es-AR"/>
        </w:rPr>
        <w:t xml:space="preserve"> piso →</w:t>
      </w:r>
      <w:r w:rsidRPr="00C05B3C">
        <w:rPr>
          <w:lang w:val="es-AR"/>
        </w:rPr>
        <w:br/>
        <w:t>3. Subo 2 pisos desde el 0 →</w:t>
      </w:r>
      <w:r w:rsidRPr="00C05B3C">
        <w:rPr>
          <w:lang w:val="es-AR"/>
        </w:rPr>
        <w:br/>
        <w:t>Respuestas:</w:t>
      </w:r>
      <w:r w:rsidRPr="00C05B3C">
        <w:rPr>
          <w:lang w:val="es-AR"/>
        </w:rPr>
        <w:br/>
        <w:t>1. –2 + 5 = 3 2. 1 – 3 = –2 3. 0 + 2 = 2.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</w:t>
      </w:r>
      <w:r w:rsidRPr="00C05B3C">
        <w:rPr>
          <w:lang w:val="es-AR"/>
        </w:rPr>
        <w:t>ercicio 7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Completá las operaciones observando el sentido de la recta:</w:t>
      </w:r>
      <w:r w:rsidRPr="00C05B3C">
        <w:rPr>
          <w:lang w:val="es-AR"/>
        </w:rPr>
        <w:br/>
        <w:t>a) –1 + ___ = 2 b) –3 + ___ = 1 c) 4 + ___ = –1</w:t>
      </w:r>
      <w:r w:rsidRPr="00C05B3C">
        <w:rPr>
          <w:lang w:val="es-AR"/>
        </w:rPr>
        <w:br/>
        <w:t>Respuestas:</w:t>
      </w:r>
      <w:r w:rsidRPr="00C05B3C">
        <w:rPr>
          <w:lang w:val="es-AR"/>
        </w:rPr>
        <w:br/>
        <w:t>a) +3 b) +4 c) –5.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Ejercicio 8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Resolvé los siguientes cálculos:</w:t>
      </w:r>
      <w:r w:rsidRPr="00C05B3C">
        <w:rPr>
          <w:lang w:val="es-AR"/>
        </w:rPr>
        <w:br/>
        <w:t>a) –4 + (–3) b) –5 + 2 c) 3 – 5 d) –1 – (–4) e) 2 – (–3)</w:t>
      </w:r>
      <w:r w:rsidRPr="00C05B3C">
        <w:rPr>
          <w:lang w:val="es-AR"/>
        </w:rPr>
        <w:br/>
        <w:t>Respu</w:t>
      </w:r>
      <w:r w:rsidRPr="00C05B3C">
        <w:rPr>
          <w:lang w:val="es-AR"/>
        </w:rPr>
        <w:t>estas:</w:t>
      </w:r>
      <w:r w:rsidRPr="00C05B3C">
        <w:rPr>
          <w:lang w:val="es-AR"/>
        </w:rPr>
        <w:br/>
        <w:t>a) –7 b) –3 c) –2 d) 3 e) 5.</w:t>
      </w:r>
    </w:p>
    <w:p w:rsidR="00E51445" w:rsidRPr="00C05B3C" w:rsidRDefault="00C05B3C">
      <w:pPr>
        <w:pStyle w:val="Ttulo3"/>
        <w:rPr>
          <w:lang w:val="es-AR"/>
        </w:rPr>
      </w:pPr>
      <w:r w:rsidRPr="00C05B3C">
        <w:rPr>
          <w:lang w:val="es-AR"/>
        </w:rPr>
        <w:t>Ejercicio 9</w:t>
      </w:r>
    </w:p>
    <w:p w:rsidR="00E51445" w:rsidRDefault="00C05B3C">
      <w:r w:rsidRPr="00C05B3C">
        <w:rPr>
          <w:lang w:val="es-AR"/>
        </w:rPr>
        <w:t>Ordená los siguientes resultados de menor a mayor:</w:t>
      </w:r>
      <w:r w:rsidRPr="00C05B3C">
        <w:rPr>
          <w:lang w:val="es-AR"/>
        </w:rPr>
        <w:br/>
        <w:t>–4, 2, –1, 0, 3.</w:t>
      </w:r>
      <w:r w:rsidRPr="00C05B3C">
        <w:rPr>
          <w:lang w:val="es-AR"/>
        </w:rPr>
        <w:br/>
      </w:r>
      <w:r>
        <w:t>Respuesta: –4, –1, 0, 2, 3.</w:t>
      </w:r>
    </w:p>
    <w:p w:rsidR="00E51445" w:rsidRDefault="00C05B3C">
      <w:pPr>
        <w:pStyle w:val="Ttulo3"/>
      </w:pPr>
      <w:r>
        <w:t>Ejercicio 10</w:t>
      </w:r>
    </w:p>
    <w:p w:rsidR="00E51445" w:rsidRPr="00C05B3C" w:rsidRDefault="00C05B3C">
      <w:pPr>
        <w:rPr>
          <w:lang w:val="es-AR"/>
        </w:rPr>
      </w:pPr>
      <w:r w:rsidRPr="00C05B3C">
        <w:rPr>
          <w:lang w:val="es-AR"/>
        </w:rPr>
        <w:t>Problemas aplicados:</w:t>
      </w:r>
      <w:r w:rsidRPr="00C05B3C">
        <w:rPr>
          <w:lang w:val="es-AR"/>
        </w:rPr>
        <w:br/>
        <w:t>a) En una ciudad la temperatura era de –2 °C y subió 5 °C. ¿A cuántos grados e</w:t>
      </w:r>
      <w:r w:rsidRPr="00C05B3C">
        <w:rPr>
          <w:lang w:val="es-AR"/>
        </w:rPr>
        <w:t>stá ahora?</w:t>
      </w:r>
      <w:r w:rsidRPr="00C05B3C">
        <w:rPr>
          <w:lang w:val="es-AR"/>
        </w:rPr>
        <w:br/>
        <w:t>b) Un buzo está a –10 m y sube 7 m. ¿A qué profundidad queda?</w:t>
      </w:r>
      <w:r w:rsidRPr="00C05B3C">
        <w:rPr>
          <w:lang w:val="es-AR"/>
        </w:rPr>
        <w:br/>
        <w:t>c) Un ascensor está en el piso –3 y baja 2 pisos más. ¿En qué piso está?</w:t>
      </w:r>
      <w:r w:rsidRPr="00C05B3C">
        <w:rPr>
          <w:lang w:val="es-AR"/>
        </w:rPr>
        <w:br/>
        <w:t>Respuestas:</w:t>
      </w:r>
      <w:r w:rsidRPr="00C05B3C">
        <w:rPr>
          <w:lang w:val="es-AR"/>
        </w:rPr>
        <w:br/>
        <w:t>a) 3 °C b) –3 m c) –5.</w:t>
      </w:r>
      <w:bookmarkStart w:id="0" w:name="_GoBack"/>
      <w:bookmarkEnd w:id="0"/>
    </w:p>
    <w:sectPr w:rsidR="00E51445" w:rsidRPr="00C05B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05B3C"/>
    <w:rsid w:val="00CB0664"/>
    <w:rsid w:val="00E5144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00E5E19B-CC4F-441D-A075-728FB4636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98B78E-6EF1-464D-A12B-A6F41C2F2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460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2986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Diego</cp:lastModifiedBy>
  <cp:revision>3</cp:revision>
  <dcterms:created xsi:type="dcterms:W3CDTF">2013-12-23T23:15:00Z</dcterms:created>
  <dcterms:modified xsi:type="dcterms:W3CDTF">2025-10-17T16:47:00Z</dcterms:modified>
  <cp:category/>
</cp:coreProperties>
</file>